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D42" w:rsidRPr="00A16F17" w:rsidRDefault="000F7878">
      <w:pPr>
        <w:jc w:val="center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b/>
          <w:sz w:val="24"/>
          <w:szCs w:val="24"/>
        </w:rPr>
        <w:t>EFE ENADEGHE</w:t>
      </w:r>
      <w:r w:rsidRPr="00A16F17">
        <w:rPr>
          <w:rFonts w:ascii="Times New Roman" w:hAnsi="Times New Roman" w:cs="Times New Roman"/>
          <w:b/>
          <w:sz w:val="24"/>
          <w:szCs w:val="24"/>
        </w:rPr>
        <w:br/>
        <w:t>North York, ON M9M 2C3</w:t>
      </w:r>
      <w:r w:rsidRPr="00A16F17">
        <w:rPr>
          <w:rFonts w:ascii="Times New Roman" w:hAnsi="Times New Roman" w:cs="Times New Roman"/>
          <w:b/>
          <w:sz w:val="24"/>
          <w:szCs w:val="24"/>
        </w:rPr>
        <w:br/>
        <w:t>Phone: 647-803-7163 | Email: efeenadeghe@gmail.com</w:t>
      </w:r>
    </w:p>
    <w:p w:rsidR="00650D42" w:rsidRPr="00A16F17" w:rsidRDefault="000F7878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Professional Summary</w:t>
      </w:r>
    </w:p>
    <w:p w:rsidR="00D85E1A" w:rsidRPr="00A16F17" w:rsidRDefault="00D85E1A" w:rsidP="006A7FFB">
      <w:pPr>
        <w:spacing w:before="240"/>
        <w:jc w:val="both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I am a compassionate and depend</w:t>
      </w:r>
      <w:r w:rsidR="00A457A4" w:rsidRPr="00A16F17">
        <w:rPr>
          <w:rFonts w:ascii="Times New Roman" w:hAnsi="Times New Roman" w:cs="Times New Roman"/>
          <w:sz w:val="24"/>
          <w:szCs w:val="24"/>
        </w:rPr>
        <w:t xml:space="preserve">able Support Worker with over 5+ </w:t>
      </w:r>
      <w:r w:rsidRPr="00A16F17">
        <w:rPr>
          <w:rFonts w:ascii="Times New Roman" w:hAnsi="Times New Roman" w:cs="Times New Roman"/>
          <w:sz w:val="24"/>
          <w:szCs w:val="24"/>
        </w:rPr>
        <w:t>years of experience providing personal care and assistance across residential, community, and healthcare settings</w:t>
      </w:r>
      <w:r w:rsidR="00A457A4" w:rsidRPr="00A16F17">
        <w:rPr>
          <w:rFonts w:ascii="Times New Roman" w:hAnsi="Times New Roman" w:cs="Times New Roman"/>
          <w:sz w:val="24"/>
          <w:szCs w:val="24"/>
        </w:rPr>
        <w:t xml:space="preserve"> in Canada, USA, and Africa</w:t>
      </w:r>
      <w:r w:rsidRPr="00A16F17">
        <w:rPr>
          <w:rFonts w:ascii="Times New Roman" w:hAnsi="Times New Roman" w:cs="Times New Roman"/>
          <w:sz w:val="24"/>
          <w:szCs w:val="24"/>
        </w:rPr>
        <w:t>. I am skilled in delivering empathetic, person-centered support to individuals with developmental and mental health challenges, seniors, and other vulner</w:t>
      </w:r>
      <w:r w:rsidR="00E67BBE" w:rsidRPr="00A16F17">
        <w:rPr>
          <w:rFonts w:ascii="Times New Roman" w:hAnsi="Times New Roman" w:cs="Times New Roman"/>
          <w:sz w:val="24"/>
          <w:szCs w:val="24"/>
        </w:rPr>
        <w:t xml:space="preserve">able populations, </w:t>
      </w:r>
      <w:r w:rsidRPr="00A16F17">
        <w:rPr>
          <w:rFonts w:ascii="Times New Roman" w:hAnsi="Times New Roman" w:cs="Times New Roman"/>
          <w:sz w:val="24"/>
          <w:szCs w:val="24"/>
        </w:rPr>
        <w:t>enhancing their quality of life by promoting indepen</w:t>
      </w:r>
      <w:r w:rsidR="00E67BBE" w:rsidRPr="00A16F17">
        <w:rPr>
          <w:rFonts w:ascii="Times New Roman" w:hAnsi="Times New Roman" w:cs="Times New Roman"/>
          <w:sz w:val="24"/>
          <w:szCs w:val="24"/>
        </w:rPr>
        <w:t xml:space="preserve">dence, dignity, and </w:t>
      </w:r>
      <w:r w:rsidR="00A17C78">
        <w:rPr>
          <w:rFonts w:ascii="Times New Roman" w:hAnsi="Times New Roman" w:cs="Times New Roman"/>
          <w:sz w:val="24"/>
          <w:szCs w:val="24"/>
        </w:rPr>
        <w:t xml:space="preserve">overall </w:t>
      </w:r>
      <w:r w:rsidR="00E67BBE" w:rsidRPr="00A16F17">
        <w:rPr>
          <w:rFonts w:ascii="Times New Roman" w:hAnsi="Times New Roman" w:cs="Times New Roman"/>
          <w:sz w:val="24"/>
          <w:szCs w:val="24"/>
        </w:rPr>
        <w:t>well-being. I am</w:t>
      </w:r>
      <w:r w:rsidR="00461F81" w:rsidRPr="00A16F17">
        <w:rPr>
          <w:rFonts w:ascii="Times New Roman" w:hAnsi="Times New Roman" w:cs="Times New Roman"/>
          <w:sz w:val="24"/>
          <w:szCs w:val="24"/>
        </w:rPr>
        <w:t xml:space="preserve"> </w:t>
      </w:r>
      <w:r w:rsidR="00E67BBE" w:rsidRPr="00A16F17">
        <w:rPr>
          <w:rFonts w:ascii="Times New Roman" w:hAnsi="Times New Roman" w:cs="Times New Roman"/>
          <w:sz w:val="24"/>
          <w:szCs w:val="24"/>
        </w:rPr>
        <w:t>Certified in First Aid/CPR, Crisis Prevention, and WHMIS.</w:t>
      </w:r>
    </w:p>
    <w:p w:rsidR="00650D42" w:rsidRPr="00A16F17" w:rsidRDefault="000F7878" w:rsidP="00D31FA9">
      <w:pPr>
        <w:pStyle w:val="Heading1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Core Skills</w:t>
      </w:r>
    </w:p>
    <w:tbl>
      <w:tblPr>
        <w:tblpPr w:leftFromText="180" w:rightFromText="180" w:vertAnchor="text" w:horzAnchor="margin" w:tblpY="409"/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76"/>
        <w:gridCol w:w="3002"/>
        <w:gridCol w:w="3690"/>
      </w:tblGrid>
      <w:tr w:rsidR="00461F81" w:rsidRPr="00A16F17" w:rsidTr="000F7878">
        <w:trPr>
          <w:trHeight w:val="893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461F81" w:rsidP="00461F81">
            <w:pPr>
              <w:spacing w:before="240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Crisis Management</w:t>
            </w: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461F81" w:rsidP="00461F81">
            <w:pPr>
              <w:spacing w:before="240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Companionship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461F81" w:rsidP="00461F81">
            <w:pPr>
              <w:spacing w:before="240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Medication Administration</w:t>
            </w:r>
            <w:r w:rsidR="00D31FA9"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/R</w:t>
            </w: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eminder</w:t>
            </w:r>
          </w:p>
        </w:tc>
      </w:tr>
      <w:tr w:rsidR="00461F81" w:rsidRPr="00A16F17" w:rsidTr="000F7878">
        <w:trPr>
          <w:trHeight w:val="983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461F81" w:rsidP="00461F81">
            <w:pPr>
              <w:spacing w:before="240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Client Advocacy/</w:t>
            </w:r>
            <w:r w:rsidR="00FF6C49">
              <w:rPr>
                <w:rFonts w:ascii="Times New Roman" w:eastAsia="High Tower Text" w:hAnsi="Times New Roman" w:cs="Times New Roman"/>
                <w:sz w:val="24"/>
                <w:szCs w:val="24"/>
              </w:rPr>
              <w:t xml:space="preserve"> </w:t>
            </w: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Documentation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461F81" w:rsidP="00461F81">
            <w:pPr>
              <w:spacing w:before="240"/>
              <w:jc w:val="center"/>
              <w:rPr>
                <w:rFonts w:ascii="Times New Roman" w:eastAsia="High Tower Text" w:hAnsi="Times New Roman" w:cs="Times New Roman"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Mo</w:t>
            </w:r>
            <w:bookmarkStart w:id="0" w:name="_GoBack"/>
            <w:bookmarkEnd w:id="0"/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bility/Transfer Assistance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D31FA9" w:rsidP="00461F81">
            <w:pPr>
              <w:spacing w:before="240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Personal/</w:t>
            </w:r>
            <w:r w:rsidR="00461F81"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 xml:space="preserve">incontinence </w:t>
            </w: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C</w:t>
            </w:r>
            <w:r w:rsidR="00461F81"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are</w:t>
            </w:r>
          </w:p>
        </w:tc>
      </w:tr>
      <w:tr w:rsidR="00461F81" w:rsidRPr="00A16F17" w:rsidTr="000F7878">
        <w:trPr>
          <w:trHeight w:val="794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461F81" w:rsidP="00761641">
            <w:pPr>
              <w:spacing w:before="240" w:after="0"/>
              <w:jc w:val="center"/>
              <w:rPr>
                <w:rFonts w:ascii="Times New Roman" w:eastAsia="High Tower Text" w:hAnsi="Times New Roman" w:cs="Times New Roman"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Meal preparation/ housekeeping</w:t>
            </w:r>
          </w:p>
        </w:tc>
        <w:tc>
          <w:tcPr>
            <w:tcW w:w="3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61F81" w:rsidRPr="00A16F17" w:rsidRDefault="00D31FA9" w:rsidP="00761641">
            <w:pPr>
              <w:spacing w:before="240" w:after="0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Shopping/E</w:t>
            </w:r>
            <w:r w:rsidR="00461F81"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rrands</w:t>
            </w:r>
          </w:p>
        </w:tc>
        <w:tc>
          <w:tcPr>
            <w:tcW w:w="3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F6C49" w:rsidRDefault="00FF6C49" w:rsidP="00761641">
            <w:pPr>
              <w:spacing w:after="0"/>
              <w:jc w:val="center"/>
              <w:rPr>
                <w:rFonts w:ascii="Times New Roman" w:eastAsia="High Tower Text" w:hAnsi="Times New Roman" w:cs="Times New Roman"/>
                <w:sz w:val="24"/>
                <w:szCs w:val="24"/>
              </w:rPr>
            </w:pPr>
          </w:p>
          <w:p w:rsidR="00461F81" w:rsidRPr="00A16F17" w:rsidRDefault="00461F81" w:rsidP="00761641">
            <w:pPr>
              <w:spacing w:after="0" w:line="480" w:lineRule="auto"/>
              <w:jc w:val="center"/>
              <w:rPr>
                <w:rFonts w:ascii="Times New Roman" w:eastAsia="High Tower Text" w:hAnsi="Times New Roman" w:cs="Times New Roman"/>
                <w:b/>
                <w:sz w:val="24"/>
                <w:szCs w:val="24"/>
              </w:rPr>
            </w:pPr>
            <w:r w:rsidRPr="00A16F17">
              <w:rPr>
                <w:rFonts w:ascii="Times New Roman" w:eastAsia="High Tower Text" w:hAnsi="Times New Roman" w:cs="Times New Roman"/>
                <w:sz w:val="24"/>
                <w:szCs w:val="24"/>
              </w:rPr>
              <w:t>Community Resource Coordination</w:t>
            </w:r>
          </w:p>
        </w:tc>
      </w:tr>
    </w:tbl>
    <w:p w:rsidR="00650D42" w:rsidRPr="00A16F17" w:rsidRDefault="000F7878" w:rsidP="00761641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Experience</w:t>
      </w:r>
    </w:p>
    <w:p w:rsidR="00650D42" w:rsidRPr="00A16F17" w:rsidRDefault="000F7878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Developmental Service Worker</w:t>
      </w:r>
    </w:p>
    <w:p w:rsidR="00650D42" w:rsidRPr="00A16F17" w:rsidRDefault="000F7878">
      <w:pPr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Individual Family Support Care | Ontario, Canada | January 2020 – Present</w:t>
      </w:r>
    </w:p>
    <w:p w:rsidR="008F6B9C" w:rsidRPr="00A16F17" w:rsidRDefault="00732EB3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- </w:t>
      </w:r>
      <w:r w:rsidR="008F6B9C" w:rsidRPr="00A16F17">
        <w:rPr>
          <w:rFonts w:ascii="Times New Roman" w:hAnsi="Times New Roman" w:cs="Times New Roman"/>
          <w:sz w:val="24"/>
          <w:szCs w:val="24"/>
        </w:rPr>
        <w:t>Support with Activities of Daily Living (ADLs) and medication administration/reminders.</w:t>
      </w:r>
    </w:p>
    <w:p w:rsidR="00650D42" w:rsidRPr="00A16F17" w:rsidRDefault="008F6B9C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</w:t>
      </w:r>
      <w:r w:rsidR="00571A57" w:rsidRPr="00A16F17">
        <w:rPr>
          <w:rFonts w:ascii="Times New Roman" w:hAnsi="Times New Roman" w:cs="Times New Roman"/>
          <w:sz w:val="24"/>
          <w:szCs w:val="24"/>
        </w:rPr>
        <w:t>Support clients to integrate into outdoor community activities and programs.</w:t>
      </w:r>
    </w:p>
    <w:p w:rsidR="00650D42" w:rsidRPr="00A16F17" w:rsidRDefault="000F7878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Supp</w:t>
      </w:r>
      <w:r w:rsidR="00732EB3" w:rsidRPr="00A16F17">
        <w:rPr>
          <w:rFonts w:ascii="Times New Roman" w:hAnsi="Times New Roman" w:cs="Times New Roman"/>
          <w:sz w:val="24"/>
          <w:szCs w:val="24"/>
        </w:rPr>
        <w:t>ort</w:t>
      </w:r>
      <w:r w:rsidRPr="00A16F17">
        <w:rPr>
          <w:rFonts w:ascii="Times New Roman" w:hAnsi="Times New Roman" w:cs="Times New Roman"/>
          <w:sz w:val="24"/>
          <w:szCs w:val="24"/>
        </w:rPr>
        <w:t xml:space="preserve"> clients with Autism, dual diagnosis, and mental health disorders</w:t>
      </w:r>
      <w:r w:rsidR="008F6B9C" w:rsidRPr="00A16F17">
        <w:rPr>
          <w:rFonts w:ascii="Times New Roman" w:hAnsi="Times New Roman" w:cs="Times New Roman"/>
          <w:sz w:val="24"/>
          <w:szCs w:val="24"/>
        </w:rPr>
        <w:t xml:space="preserve"> </w:t>
      </w:r>
      <w:r w:rsidR="006F2CB2" w:rsidRPr="00A16F17">
        <w:rPr>
          <w:rFonts w:ascii="Times New Roman" w:hAnsi="Times New Roman" w:cs="Times New Roman"/>
          <w:sz w:val="24"/>
          <w:szCs w:val="24"/>
        </w:rPr>
        <w:t xml:space="preserve">to achieve their </w:t>
      </w:r>
      <w:r w:rsidR="008F6B9C" w:rsidRPr="00A16F17">
        <w:rPr>
          <w:rFonts w:ascii="Times New Roman" w:hAnsi="Times New Roman" w:cs="Times New Roman"/>
          <w:sz w:val="24"/>
          <w:szCs w:val="24"/>
        </w:rPr>
        <w:t>Individualized Support Plans goals.</w:t>
      </w:r>
    </w:p>
    <w:p w:rsidR="00650D42" w:rsidRPr="00A16F17" w:rsidRDefault="008F6B9C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M</w:t>
      </w:r>
      <w:r w:rsidR="000F7878" w:rsidRPr="00A16F17">
        <w:rPr>
          <w:rFonts w:ascii="Times New Roman" w:hAnsi="Times New Roman" w:cs="Times New Roman"/>
          <w:sz w:val="24"/>
          <w:szCs w:val="24"/>
        </w:rPr>
        <w:t>aintained client documentation</w:t>
      </w:r>
      <w:r w:rsidRPr="00A16F17">
        <w:rPr>
          <w:rFonts w:ascii="Times New Roman" w:hAnsi="Times New Roman" w:cs="Times New Roman"/>
          <w:sz w:val="24"/>
          <w:szCs w:val="24"/>
        </w:rPr>
        <w:t xml:space="preserve"> and doctor’s appointment as needed.</w:t>
      </w:r>
    </w:p>
    <w:p w:rsidR="00650D42" w:rsidRPr="00A16F17" w:rsidRDefault="00732EB3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Perform</w:t>
      </w:r>
      <w:r w:rsidR="000F7878" w:rsidRPr="00A16F17">
        <w:rPr>
          <w:rFonts w:ascii="Times New Roman" w:hAnsi="Times New Roman" w:cs="Times New Roman"/>
          <w:sz w:val="24"/>
          <w:szCs w:val="24"/>
        </w:rPr>
        <w:t xml:space="preserve"> light housekeeping, meal prep, and errands</w:t>
      </w:r>
    </w:p>
    <w:p w:rsidR="006F2CB2" w:rsidRPr="00A16F17" w:rsidRDefault="00732EB3" w:rsidP="006F2CB2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Monitor and report</w:t>
      </w:r>
      <w:r w:rsidR="000F7878" w:rsidRPr="00A16F17">
        <w:rPr>
          <w:rFonts w:ascii="Times New Roman" w:hAnsi="Times New Roman" w:cs="Times New Roman"/>
          <w:sz w:val="24"/>
          <w:szCs w:val="24"/>
        </w:rPr>
        <w:t xml:space="preserve"> changes in client behavior and condi</w:t>
      </w:r>
      <w:r w:rsidR="000F7878" w:rsidRPr="00A16F17">
        <w:rPr>
          <w:rFonts w:ascii="Times New Roman" w:hAnsi="Times New Roman" w:cs="Times New Roman"/>
          <w:sz w:val="24"/>
          <w:szCs w:val="24"/>
        </w:rPr>
        <w:t>tion</w:t>
      </w:r>
    </w:p>
    <w:p w:rsidR="00761641" w:rsidRPr="00761641" w:rsidRDefault="006F2CB2" w:rsidP="00761641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- </w:t>
      </w:r>
      <w:r w:rsidRPr="00A16F17">
        <w:rPr>
          <w:rFonts w:ascii="Times New Roman" w:eastAsia="High Tower Text" w:hAnsi="Times New Roman" w:cs="Times New Roman"/>
          <w:sz w:val="24"/>
          <w:szCs w:val="24"/>
        </w:rPr>
        <w:t>Operate in compliance with the relevant policies and procedures</w:t>
      </w:r>
    </w:p>
    <w:p w:rsidR="00650D42" w:rsidRPr="00A16F17" w:rsidRDefault="000F7878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lastRenderedPageBreak/>
        <w:t>Community Health Worker</w:t>
      </w:r>
    </w:p>
    <w:p w:rsidR="00650D42" w:rsidRPr="00A16F17" w:rsidRDefault="00A457A4" w:rsidP="00A16F17">
      <w:pPr>
        <w:pStyle w:val="Header"/>
        <w:tabs>
          <w:tab w:val="clear" w:pos="4680"/>
          <w:tab w:val="clear" w:pos="9360"/>
        </w:tabs>
        <w:spacing w:before="240" w:after="200" w:line="276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Triple J </w:t>
      </w:r>
      <w:proofErr w:type="spellStart"/>
      <w:r w:rsidRPr="00A16F17">
        <w:rPr>
          <w:rFonts w:ascii="Times New Roman" w:hAnsi="Times New Roman" w:cs="Times New Roman"/>
          <w:sz w:val="24"/>
          <w:szCs w:val="24"/>
        </w:rPr>
        <w:t>BetterCare</w:t>
      </w:r>
      <w:proofErr w:type="spellEnd"/>
      <w:r w:rsidRPr="00A16F17">
        <w:rPr>
          <w:rFonts w:ascii="Times New Roman" w:hAnsi="Times New Roman" w:cs="Times New Roman"/>
          <w:sz w:val="24"/>
          <w:szCs w:val="24"/>
        </w:rPr>
        <w:t xml:space="preserve"> Inc. </w:t>
      </w:r>
      <w:r w:rsidR="006312AB" w:rsidRPr="00A16F17">
        <w:rPr>
          <w:rFonts w:ascii="Times New Roman" w:hAnsi="Times New Roman" w:cs="Times New Roman"/>
          <w:sz w:val="24"/>
          <w:szCs w:val="24"/>
        </w:rPr>
        <w:t xml:space="preserve"> | Michigan USA </w:t>
      </w:r>
      <w:r w:rsidR="000F7878" w:rsidRPr="00A16F17">
        <w:rPr>
          <w:rFonts w:ascii="Times New Roman" w:hAnsi="Times New Roman" w:cs="Times New Roman"/>
          <w:sz w:val="24"/>
          <w:szCs w:val="24"/>
        </w:rPr>
        <w:t>| December</w:t>
      </w:r>
      <w:r w:rsidRPr="00A16F17">
        <w:rPr>
          <w:rFonts w:ascii="Times New Roman" w:hAnsi="Times New Roman" w:cs="Times New Roman"/>
          <w:sz w:val="24"/>
          <w:szCs w:val="24"/>
        </w:rPr>
        <w:t xml:space="preserve"> 2018 – December 2019</w:t>
      </w:r>
    </w:p>
    <w:p w:rsidR="00967A30" w:rsidRPr="00A16F17" w:rsidRDefault="000F7878" w:rsidP="00967A30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</w:t>
      </w:r>
      <w:r w:rsidR="00FA29D1" w:rsidRPr="00A16F17">
        <w:rPr>
          <w:rFonts w:ascii="Times New Roman" w:eastAsia="High Tower Text" w:hAnsi="Times New Roman" w:cs="Times New Roman"/>
          <w:color w:val="000000"/>
          <w:sz w:val="24"/>
          <w:szCs w:val="24"/>
        </w:rPr>
        <w:t xml:space="preserve"> </w:t>
      </w:r>
      <w:r w:rsidR="00FA29D1" w:rsidRPr="00A16F17">
        <w:rPr>
          <w:rFonts w:ascii="Times New Roman" w:eastAsia="High Tower Text" w:hAnsi="Times New Roman" w:cs="Times New Roman"/>
          <w:color w:val="000000"/>
          <w:sz w:val="24"/>
          <w:szCs w:val="24"/>
        </w:rPr>
        <w:t>Assisted clients to develop an individualize</w:t>
      </w:r>
      <w:r w:rsidR="00FA29D1" w:rsidRPr="00A16F17">
        <w:rPr>
          <w:rFonts w:ascii="Times New Roman" w:eastAsia="High Tower Text" w:hAnsi="Times New Roman" w:cs="Times New Roman"/>
          <w:color w:val="000000"/>
          <w:sz w:val="24"/>
          <w:szCs w:val="24"/>
        </w:rPr>
        <w:t>d plan of action with short/</w:t>
      </w:r>
      <w:r w:rsidR="00FA29D1" w:rsidRPr="00A16F17">
        <w:rPr>
          <w:rFonts w:ascii="Times New Roman" w:eastAsia="High Tower Text" w:hAnsi="Times New Roman" w:cs="Times New Roman"/>
          <w:color w:val="000000"/>
          <w:sz w:val="24"/>
          <w:szCs w:val="24"/>
        </w:rPr>
        <w:t>long term goals</w:t>
      </w:r>
      <w:r w:rsidR="00967A30" w:rsidRPr="00A16F17">
        <w:rPr>
          <w:rFonts w:ascii="Times New Roman" w:hAnsi="Times New Roman" w:cs="Times New Roman"/>
          <w:sz w:val="24"/>
          <w:szCs w:val="24"/>
        </w:rPr>
        <w:t>.</w:t>
      </w:r>
    </w:p>
    <w:p w:rsidR="00650D42" w:rsidRPr="00A16F17" w:rsidRDefault="006312AB" w:rsidP="00967A30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- </w:t>
      </w:r>
      <w:r w:rsidR="000F7878" w:rsidRPr="00A16F17">
        <w:rPr>
          <w:rFonts w:ascii="Times New Roman" w:hAnsi="Times New Roman" w:cs="Times New Roman"/>
          <w:sz w:val="24"/>
          <w:szCs w:val="24"/>
        </w:rPr>
        <w:t>Supported individuals w</w:t>
      </w:r>
      <w:r w:rsidR="00FA29D1" w:rsidRPr="00A16F17">
        <w:rPr>
          <w:rFonts w:ascii="Times New Roman" w:hAnsi="Times New Roman" w:cs="Times New Roman"/>
          <w:sz w:val="24"/>
          <w:szCs w:val="24"/>
        </w:rPr>
        <w:t>ith intellectual disabilities with Activities of Daily Living (ADLs).</w:t>
      </w:r>
    </w:p>
    <w:p w:rsidR="00967A30" w:rsidRPr="00A16F17" w:rsidRDefault="000F7878" w:rsidP="00967A30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Provided case management and facilitated peer education programs</w:t>
      </w:r>
      <w:r w:rsidR="00967A30" w:rsidRPr="00A16F17">
        <w:rPr>
          <w:rFonts w:ascii="Times New Roman" w:hAnsi="Times New Roman" w:cs="Times New Roman"/>
          <w:sz w:val="24"/>
          <w:szCs w:val="24"/>
        </w:rPr>
        <w:t>.</w:t>
      </w:r>
    </w:p>
    <w:p w:rsidR="00967A30" w:rsidRPr="00A16F17" w:rsidRDefault="006312AB" w:rsidP="00967A30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- </w:t>
      </w:r>
      <w:r w:rsidR="00967A30" w:rsidRPr="00A16F17">
        <w:rPr>
          <w:rFonts w:ascii="Times New Roman" w:hAnsi="Times New Roman" w:cs="Times New Roman"/>
          <w:sz w:val="24"/>
          <w:szCs w:val="24"/>
        </w:rPr>
        <w:t xml:space="preserve">Collaborated with Housing Support workers and other members of the housing shelter and support teams in coordination of support for clients </w:t>
      </w:r>
    </w:p>
    <w:p w:rsidR="00761641" w:rsidRPr="00761641" w:rsidRDefault="000F7878" w:rsidP="00761641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Mai</w:t>
      </w:r>
      <w:r w:rsidRPr="00A16F17">
        <w:rPr>
          <w:rFonts w:ascii="Times New Roman" w:hAnsi="Times New Roman" w:cs="Times New Roman"/>
          <w:sz w:val="24"/>
          <w:szCs w:val="24"/>
        </w:rPr>
        <w:t>ntained accurate client records and progress reports</w:t>
      </w:r>
      <w:r w:rsidR="006312AB" w:rsidRPr="00A16F17">
        <w:rPr>
          <w:rFonts w:ascii="Times New Roman" w:hAnsi="Times New Roman" w:cs="Times New Roman"/>
          <w:sz w:val="24"/>
          <w:szCs w:val="24"/>
        </w:rPr>
        <w:t>.</w:t>
      </w:r>
    </w:p>
    <w:p w:rsidR="00761641" w:rsidRPr="00761641" w:rsidRDefault="000F7878" w:rsidP="00761641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Ad</w:t>
      </w:r>
      <w:r w:rsidR="00A457A4" w:rsidRPr="00A16F17">
        <w:rPr>
          <w:rFonts w:ascii="Times New Roman" w:hAnsi="Times New Roman" w:cs="Times New Roman"/>
          <w:sz w:val="24"/>
          <w:szCs w:val="24"/>
        </w:rPr>
        <w:t>diction Rehabilitation Support Worker</w:t>
      </w:r>
    </w:p>
    <w:p w:rsidR="00650D42" w:rsidRPr="00A16F17" w:rsidRDefault="000F7878">
      <w:pPr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Project Enable for People with Disabilities and Addict</w:t>
      </w:r>
      <w:r w:rsidR="00A457A4" w:rsidRPr="00A16F17">
        <w:rPr>
          <w:rFonts w:ascii="Times New Roman" w:hAnsi="Times New Roman" w:cs="Times New Roman"/>
          <w:sz w:val="24"/>
          <w:szCs w:val="24"/>
        </w:rPr>
        <w:t>ions | Lagos, Nigeria | February 2018 – July 2018</w:t>
      </w:r>
    </w:p>
    <w:p w:rsidR="00650D42" w:rsidRPr="00A16F17" w:rsidRDefault="000F7878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Collaborated with professionals for client treatment plans</w:t>
      </w:r>
    </w:p>
    <w:p w:rsidR="00650D42" w:rsidRPr="00A16F17" w:rsidRDefault="00A457A4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- Provided assistance in </w:t>
      </w:r>
      <w:r w:rsidR="000F7878" w:rsidRPr="00A16F17">
        <w:rPr>
          <w:rFonts w:ascii="Times New Roman" w:hAnsi="Times New Roman" w:cs="Times New Roman"/>
          <w:sz w:val="24"/>
          <w:szCs w:val="24"/>
        </w:rPr>
        <w:t>psychosocial assessments and counseling sessions</w:t>
      </w:r>
    </w:p>
    <w:p w:rsidR="00650D42" w:rsidRPr="00A16F17" w:rsidRDefault="00A457A4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Participated in</w:t>
      </w:r>
      <w:r w:rsidR="000F7878" w:rsidRPr="00A16F17">
        <w:rPr>
          <w:rFonts w:ascii="Times New Roman" w:hAnsi="Times New Roman" w:cs="Times New Roman"/>
          <w:sz w:val="24"/>
          <w:szCs w:val="24"/>
        </w:rPr>
        <w:t xml:space="preserve"> de-escalation techniques for crisis situations</w:t>
      </w:r>
    </w:p>
    <w:p w:rsidR="00650D42" w:rsidRPr="00A16F17" w:rsidRDefault="00761641">
      <w:pPr>
        <w:pStyle w:val="Heading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Volunteer </w:t>
      </w:r>
      <w:r w:rsidR="000F7878" w:rsidRPr="00A16F17">
        <w:rPr>
          <w:rFonts w:ascii="Times New Roman" w:hAnsi="Times New Roman" w:cs="Times New Roman"/>
          <w:sz w:val="24"/>
          <w:szCs w:val="24"/>
        </w:rPr>
        <w:t>Personal Care Aide</w:t>
      </w:r>
    </w:p>
    <w:p w:rsidR="00650D42" w:rsidRPr="00A16F17" w:rsidRDefault="000F7878">
      <w:pPr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Carefirst </w:t>
      </w:r>
      <w:proofErr w:type="gramStart"/>
      <w:r w:rsidRPr="00A16F17">
        <w:rPr>
          <w:rFonts w:ascii="Times New Roman" w:hAnsi="Times New Roman" w:cs="Times New Roman"/>
          <w:sz w:val="24"/>
          <w:szCs w:val="24"/>
        </w:rPr>
        <w:t>Seniors</w:t>
      </w:r>
      <w:proofErr w:type="gramEnd"/>
      <w:r w:rsidRPr="00A16F17">
        <w:rPr>
          <w:rFonts w:ascii="Times New Roman" w:hAnsi="Times New Roman" w:cs="Times New Roman"/>
          <w:sz w:val="24"/>
          <w:szCs w:val="24"/>
        </w:rPr>
        <w:t xml:space="preserve"> and Community Services | </w:t>
      </w:r>
    </w:p>
    <w:p w:rsidR="00650D42" w:rsidRPr="00A16F17" w:rsidRDefault="000F7878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Assisted seniors with daily living activities</w:t>
      </w:r>
    </w:p>
    <w:p w:rsidR="00650D42" w:rsidRPr="00A16F17" w:rsidRDefault="000F7878">
      <w:pPr>
        <w:pStyle w:val="ListBullet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Provided companionship</w:t>
      </w:r>
      <w:r w:rsidRPr="00A16F17">
        <w:rPr>
          <w:rFonts w:ascii="Times New Roman" w:hAnsi="Times New Roman" w:cs="Times New Roman"/>
          <w:sz w:val="24"/>
          <w:szCs w:val="24"/>
        </w:rPr>
        <w:t xml:space="preserve"> and mobility support</w:t>
      </w:r>
    </w:p>
    <w:p w:rsidR="00650D42" w:rsidRPr="00A16F17" w:rsidRDefault="000F7878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Education</w:t>
      </w:r>
    </w:p>
    <w:p w:rsidR="00650D42" w:rsidRPr="00A16F17" w:rsidRDefault="000F7878">
      <w:pPr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Diploma – Developmental Service Worker, CLI College of Business, Health and Technology, Ontario, Canada</w:t>
      </w:r>
    </w:p>
    <w:p w:rsidR="00650D42" w:rsidRPr="00A16F17" w:rsidRDefault="000F7878">
      <w:pPr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Diploma – Personal Support Worker, CLI College of Business, Health and Technology, Ontario, Canada</w:t>
      </w:r>
    </w:p>
    <w:p w:rsidR="00650D42" w:rsidRPr="00A16F17" w:rsidRDefault="000F7878" w:rsidP="00761641">
      <w:pPr>
        <w:pStyle w:val="Heading1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Certifications</w:t>
      </w:r>
    </w:p>
    <w:p w:rsidR="00650D42" w:rsidRPr="00A16F17" w:rsidRDefault="000F7878" w:rsidP="007616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 xml:space="preserve">- </w:t>
      </w:r>
      <w:r w:rsidRPr="00A16F17">
        <w:rPr>
          <w:rFonts w:ascii="Times New Roman" w:hAnsi="Times New Roman" w:cs="Times New Roman"/>
          <w:sz w:val="24"/>
          <w:szCs w:val="24"/>
        </w:rPr>
        <w:t>First Aid and CPR/AED Level C – Canadian Red Cross</w:t>
      </w:r>
    </w:p>
    <w:p w:rsidR="00650D42" w:rsidRPr="00A16F17" w:rsidRDefault="000F7878" w:rsidP="007616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Nonviolent Crisis Intervention – City of Toronto</w:t>
      </w:r>
    </w:p>
    <w:p w:rsidR="00650D42" w:rsidRPr="00A16F17" w:rsidRDefault="000F7878" w:rsidP="007616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- WHMIS – Workplace Hazardous Materials Information System, Canada</w:t>
      </w:r>
    </w:p>
    <w:p w:rsidR="00650D42" w:rsidRPr="00A16F17" w:rsidRDefault="000F7878" w:rsidP="00761641">
      <w:pPr>
        <w:pStyle w:val="Heading1"/>
        <w:spacing w:before="0" w:line="240" w:lineRule="auto"/>
        <w:rPr>
          <w:rFonts w:ascii="Times New Roman" w:hAnsi="Times New Roman" w:cs="Times New Roman"/>
          <w:sz w:val="24"/>
          <w:szCs w:val="24"/>
        </w:rPr>
      </w:pPr>
      <w:r w:rsidRPr="00A16F17">
        <w:rPr>
          <w:rFonts w:ascii="Times New Roman" w:hAnsi="Times New Roman" w:cs="Times New Roman"/>
          <w:sz w:val="24"/>
          <w:szCs w:val="24"/>
        </w:rPr>
        <w:t>Interests</w:t>
      </w:r>
    </w:p>
    <w:p w:rsidR="00650D42" w:rsidRPr="00A16F17" w:rsidRDefault="000F7878" w:rsidP="0076164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16F17">
        <w:rPr>
          <w:rFonts w:ascii="Times New Roman" w:hAnsi="Times New Roman" w:cs="Times New Roman"/>
          <w:sz w:val="24"/>
          <w:szCs w:val="24"/>
        </w:rPr>
        <w:t>Supporting vulnerable populations to live happier and more productive lives e</w:t>
      </w:r>
      <w:r w:rsidRPr="00A16F17">
        <w:rPr>
          <w:rFonts w:ascii="Times New Roman" w:hAnsi="Times New Roman" w:cs="Times New Roman"/>
          <w:sz w:val="24"/>
          <w:szCs w:val="24"/>
        </w:rPr>
        <w:t>very day.</w:t>
      </w:r>
      <w:proofErr w:type="gramEnd"/>
    </w:p>
    <w:sectPr w:rsidR="00650D42" w:rsidRPr="00A16F1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4E333B5C"/>
    <w:multiLevelType w:val="multilevel"/>
    <w:tmpl w:val="E7EE1DF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F7878"/>
    <w:rsid w:val="00140167"/>
    <w:rsid w:val="0015074B"/>
    <w:rsid w:val="0021337A"/>
    <w:rsid w:val="0029639D"/>
    <w:rsid w:val="00326F90"/>
    <w:rsid w:val="00461F81"/>
    <w:rsid w:val="00571A57"/>
    <w:rsid w:val="006312AB"/>
    <w:rsid w:val="00650D42"/>
    <w:rsid w:val="006A7FFB"/>
    <w:rsid w:val="006F2CB2"/>
    <w:rsid w:val="00732EB3"/>
    <w:rsid w:val="00761641"/>
    <w:rsid w:val="008F6B9C"/>
    <w:rsid w:val="00967A30"/>
    <w:rsid w:val="00A16F17"/>
    <w:rsid w:val="00A17C78"/>
    <w:rsid w:val="00A457A4"/>
    <w:rsid w:val="00AA1D8D"/>
    <w:rsid w:val="00B21BEE"/>
    <w:rsid w:val="00B47730"/>
    <w:rsid w:val="00CB0664"/>
    <w:rsid w:val="00D31FA9"/>
    <w:rsid w:val="00D85E1A"/>
    <w:rsid w:val="00E67BBE"/>
    <w:rsid w:val="00FA29D1"/>
    <w:rsid w:val="00FC693F"/>
    <w:rsid w:val="00FF6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11D6C3-0DF7-4220-AD48-769CC1838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3109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User</cp:lastModifiedBy>
  <cp:revision>20</cp:revision>
  <dcterms:created xsi:type="dcterms:W3CDTF">2013-12-23T23:15:00Z</dcterms:created>
  <dcterms:modified xsi:type="dcterms:W3CDTF">2025-09-28T00:06:00Z</dcterms:modified>
  <cp:category/>
</cp:coreProperties>
</file>