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0CD0B" w14:textId="77777777" w:rsidR="00D246C1" w:rsidRDefault="00000000">
      <w:pPr>
        <w:jc w:val="center"/>
      </w:pPr>
      <w:r>
        <w:rPr>
          <w:b/>
          <w:color w:val="000000"/>
          <w:sz w:val="40"/>
        </w:rPr>
        <w:t>JASVIR KAUR</w:t>
      </w:r>
    </w:p>
    <w:p w14:paraId="2F870FEA" w14:textId="77777777" w:rsidR="00D246C1" w:rsidRDefault="00000000">
      <w:pPr>
        <w:jc w:val="center"/>
      </w:pPr>
      <w:r>
        <w:rPr>
          <w:color w:val="000000"/>
          <w:sz w:val="20"/>
        </w:rPr>
        <w:t>575 Blair Creek Drive, Kitchener, ON | 437-551-9534 | jasvirkaurbanga33@gmail.com</w:t>
      </w:r>
    </w:p>
    <w:p w14:paraId="6B7A53A7" w14:textId="77777777" w:rsidR="00D246C1" w:rsidRDefault="00000000">
      <w:pPr>
        <w:jc w:val="center"/>
      </w:pPr>
      <w:r>
        <w:rPr>
          <w:b/>
          <w:color w:val="000000"/>
          <w:sz w:val="24"/>
        </w:rPr>
        <w:t>REGISTERED NURSE</w:t>
      </w:r>
    </w:p>
    <w:p w14:paraId="4EE83117" w14:textId="77777777" w:rsidR="00D246C1" w:rsidRDefault="00000000">
      <w:pPr>
        <w:pStyle w:val="Heading2"/>
      </w:pPr>
      <w:r>
        <w:t>Professional Summary</w:t>
      </w:r>
    </w:p>
    <w:p w14:paraId="3CB03046" w14:textId="77777777" w:rsidR="00D246C1" w:rsidRDefault="00000000">
      <w:r>
        <w:t>Experienced and results-driven Registered Nurse with over 5 years of clinical practice, including extensive experience in intensive care and emergency settings. Skilled in monitoring critical patients, administering medications, and ensuring safe recovery. Recognized for strong communication, teamwork, and cultural sensitivity in providing compassionate, patient-centered care across diverse healthcare environments.</w:t>
      </w:r>
    </w:p>
    <w:p w14:paraId="4E38BD01" w14:textId="77777777" w:rsidR="00D246C1" w:rsidRDefault="00000000">
      <w:pPr>
        <w:pStyle w:val="Heading2"/>
      </w:pPr>
      <w:r>
        <w:t>Skills</w:t>
      </w:r>
    </w:p>
    <w:p w14:paraId="71B7A574" w14:textId="77777777" w:rsidR="00D246C1" w:rsidRDefault="00000000">
      <w:pPr>
        <w:pStyle w:val="ListBullet"/>
      </w:pPr>
      <w:r>
        <w:t>Patient assessment and vital signs</w:t>
      </w:r>
    </w:p>
    <w:p w14:paraId="2D534808" w14:textId="77777777" w:rsidR="00D246C1" w:rsidRDefault="00000000">
      <w:pPr>
        <w:pStyle w:val="ListBullet"/>
      </w:pPr>
      <w:r>
        <w:t>Wound dressing and care</w:t>
      </w:r>
    </w:p>
    <w:p w14:paraId="6EFF1C2B" w14:textId="77777777" w:rsidR="00D246C1" w:rsidRDefault="00000000">
      <w:pPr>
        <w:pStyle w:val="ListBullet"/>
      </w:pPr>
      <w:r>
        <w:t>Ostomy and catheter care</w:t>
      </w:r>
    </w:p>
    <w:p w14:paraId="4BE87F7A" w14:textId="77777777" w:rsidR="00D246C1" w:rsidRDefault="00000000">
      <w:pPr>
        <w:pStyle w:val="ListBullet"/>
      </w:pPr>
      <w:r>
        <w:t>Tracheostomy/Airvo ventilators</w:t>
      </w:r>
    </w:p>
    <w:p w14:paraId="316F4DDA" w14:textId="77777777" w:rsidR="00D246C1" w:rsidRDefault="00000000">
      <w:pPr>
        <w:pStyle w:val="ListBullet"/>
      </w:pPr>
      <w:r>
        <w:t>G-tube feeds</w:t>
      </w:r>
    </w:p>
    <w:p w14:paraId="160A7891" w14:textId="77777777" w:rsidR="00D246C1" w:rsidRDefault="00000000">
      <w:pPr>
        <w:pStyle w:val="ListBullet"/>
      </w:pPr>
      <w:r>
        <w:t>Seizure management</w:t>
      </w:r>
    </w:p>
    <w:p w14:paraId="2AC01A62" w14:textId="77777777" w:rsidR="00D246C1" w:rsidRDefault="00000000">
      <w:pPr>
        <w:pStyle w:val="ListBullet"/>
      </w:pPr>
      <w:r>
        <w:t>Pain management and palliative care</w:t>
      </w:r>
    </w:p>
    <w:p w14:paraId="26C0F4EC" w14:textId="77777777" w:rsidR="00D246C1" w:rsidRDefault="00000000">
      <w:pPr>
        <w:pStyle w:val="ListBullet"/>
      </w:pPr>
      <w:r>
        <w:t>Charting and documentation</w:t>
      </w:r>
    </w:p>
    <w:p w14:paraId="5380DAF9" w14:textId="77777777" w:rsidR="00D246C1" w:rsidRDefault="00000000">
      <w:pPr>
        <w:pStyle w:val="ListBullet"/>
      </w:pPr>
      <w:r>
        <w:t>Medication administration</w:t>
      </w:r>
    </w:p>
    <w:p w14:paraId="115D691D" w14:textId="77777777" w:rsidR="00D246C1" w:rsidRDefault="00000000">
      <w:pPr>
        <w:pStyle w:val="ListBullet"/>
      </w:pPr>
      <w:r>
        <w:t>ICU and post-operative care</w:t>
      </w:r>
    </w:p>
    <w:p w14:paraId="47962B2B" w14:textId="77777777" w:rsidR="00D246C1" w:rsidRDefault="00000000">
      <w:pPr>
        <w:pStyle w:val="ListBullet"/>
      </w:pPr>
      <w:r>
        <w:t>Bowel care</w:t>
      </w:r>
    </w:p>
    <w:p w14:paraId="6702DBD9" w14:textId="77777777" w:rsidR="00D246C1" w:rsidRDefault="00000000">
      <w:pPr>
        <w:pStyle w:val="ListBullet"/>
      </w:pPr>
      <w:r>
        <w:t>Medical terminology</w:t>
      </w:r>
    </w:p>
    <w:p w14:paraId="73B8FBC1" w14:textId="77777777" w:rsidR="00D246C1" w:rsidRDefault="00000000">
      <w:pPr>
        <w:pStyle w:val="Heading2"/>
      </w:pPr>
      <w:r>
        <w:t>Professional Experience</w:t>
      </w:r>
    </w:p>
    <w:p w14:paraId="1A9F18D8" w14:textId="77777777" w:rsidR="00D246C1" w:rsidRDefault="00000000">
      <w:r>
        <w:rPr>
          <w:b/>
          <w:color w:val="000000"/>
        </w:rPr>
        <w:t>India Kidney Hospital &amp; Dialysis Centre, Punjab, India</w:t>
      </w:r>
    </w:p>
    <w:p w14:paraId="6488E883" w14:textId="77777777" w:rsidR="00D246C1" w:rsidRDefault="00000000">
      <w:r>
        <w:t>Registered Nurse | November 2022 – January 2023</w:t>
      </w:r>
    </w:p>
    <w:p w14:paraId="734CE5D1" w14:textId="77777777" w:rsidR="00D246C1" w:rsidRDefault="00000000">
      <w:pPr>
        <w:pStyle w:val="ListBullet"/>
      </w:pPr>
      <w:r>
        <w:t>Provided nursing care to patients in private wards and ICU settings.</w:t>
      </w:r>
    </w:p>
    <w:p w14:paraId="68198945" w14:textId="77777777" w:rsidR="00D246C1" w:rsidRDefault="00000000">
      <w:pPr>
        <w:pStyle w:val="ListBullet"/>
      </w:pPr>
      <w:r>
        <w:t>Monitored vital signs, administered medications, and maintained accurate patient records.</w:t>
      </w:r>
    </w:p>
    <w:p w14:paraId="36B41022" w14:textId="77777777" w:rsidR="00D246C1" w:rsidRDefault="00000000">
      <w:pPr>
        <w:pStyle w:val="ListBullet"/>
      </w:pPr>
      <w:r>
        <w:t>Assisted in dialysis procedures and collaborated with physicians for treatment planning.</w:t>
      </w:r>
    </w:p>
    <w:p w14:paraId="34DBA9B1" w14:textId="77777777" w:rsidR="00D246C1" w:rsidRDefault="00000000">
      <w:pPr>
        <w:pStyle w:val="ListBullet"/>
      </w:pPr>
      <w:r>
        <w:t>Supported patients and families through clear communication and compassionate care.</w:t>
      </w:r>
    </w:p>
    <w:p w14:paraId="6A09ADC3" w14:textId="77777777" w:rsidR="00D246C1" w:rsidRDefault="00000000">
      <w:r>
        <w:rPr>
          <w:b/>
          <w:color w:val="000000"/>
        </w:rPr>
        <w:t>HP Orthocare Hospital, Punjab, India</w:t>
      </w:r>
    </w:p>
    <w:p w14:paraId="105BF01A" w14:textId="77777777" w:rsidR="00D246C1" w:rsidRDefault="00000000">
      <w:r>
        <w:t>Registered Nurse | February 2021 – September 2022</w:t>
      </w:r>
    </w:p>
    <w:p w14:paraId="3216DC41" w14:textId="77777777" w:rsidR="00D246C1" w:rsidRDefault="00000000">
      <w:pPr>
        <w:pStyle w:val="ListBullet"/>
      </w:pPr>
      <w:r>
        <w:t>Monitored patient recovery, administered medications, and documented treatment progress.</w:t>
      </w:r>
    </w:p>
    <w:p w14:paraId="320C760B" w14:textId="77777777" w:rsidR="00D246C1" w:rsidRDefault="00000000">
      <w:pPr>
        <w:pStyle w:val="ListBullet"/>
      </w:pPr>
      <w:r>
        <w:lastRenderedPageBreak/>
        <w:t>Provided nursing care to orthopedic and post-surgical patients.</w:t>
      </w:r>
    </w:p>
    <w:p w14:paraId="231941F7" w14:textId="77777777" w:rsidR="00D246C1" w:rsidRDefault="00000000">
      <w:pPr>
        <w:pStyle w:val="ListBullet"/>
      </w:pPr>
      <w:r>
        <w:t>Assisted in orthopedic surgeries, dressing changes, and fracture management.</w:t>
      </w:r>
    </w:p>
    <w:p w14:paraId="1B045C87" w14:textId="77777777" w:rsidR="00D246C1" w:rsidRDefault="00000000">
      <w:pPr>
        <w:pStyle w:val="ListBullet"/>
      </w:pPr>
      <w:r>
        <w:t>Educated patients on mobility support, exercises, and discharge care.</w:t>
      </w:r>
    </w:p>
    <w:p w14:paraId="115E5893" w14:textId="77777777" w:rsidR="00D246C1" w:rsidRDefault="00000000">
      <w:r>
        <w:rPr>
          <w:b/>
          <w:color w:val="000000"/>
        </w:rPr>
        <w:t>Capitol Multi SuperSpeciality Hospital, Punjab, India</w:t>
      </w:r>
    </w:p>
    <w:p w14:paraId="6B78B559" w14:textId="77777777" w:rsidR="00D246C1" w:rsidRDefault="00000000">
      <w:r>
        <w:t>Registered Nurse | August 2019 – January 2021</w:t>
      </w:r>
    </w:p>
    <w:p w14:paraId="10D20F25" w14:textId="77777777" w:rsidR="00D246C1" w:rsidRDefault="00000000">
      <w:pPr>
        <w:pStyle w:val="ListBullet"/>
      </w:pPr>
      <w:r>
        <w:t>Delivered critical care to patients in ICU with cardiac, respiratory, and neurological conditions.</w:t>
      </w:r>
    </w:p>
    <w:p w14:paraId="659BC300" w14:textId="77777777" w:rsidR="00D246C1" w:rsidRDefault="00000000">
      <w:pPr>
        <w:pStyle w:val="ListBullet"/>
      </w:pPr>
      <w:r>
        <w:t>Operated and monitored life-support equipment, including ventilators and infusion pumps.</w:t>
      </w:r>
    </w:p>
    <w:p w14:paraId="2394B88F" w14:textId="77777777" w:rsidR="00D246C1" w:rsidRDefault="00000000">
      <w:pPr>
        <w:pStyle w:val="ListBullet"/>
      </w:pPr>
      <w:r>
        <w:t>Ensured adherence to infection control and patient safety protocols.</w:t>
      </w:r>
    </w:p>
    <w:p w14:paraId="1B790C76" w14:textId="77777777" w:rsidR="00D246C1" w:rsidRDefault="00000000">
      <w:r>
        <w:rPr>
          <w:b/>
          <w:color w:val="000000"/>
        </w:rPr>
        <w:t>Jyoti Nursing Home, Punjab, India</w:t>
      </w:r>
    </w:p>
    <w:p w14:paraId="0DDFBB6D" w14:textId="77777777" w:rsidR="00D246C1" w:rsidRDefault="00000000">
      <w:r>
        <w:t>Registered Nurse | February 2019 – July 2019</w:t>
      </w:r>
    </w:p>
    <w:p w14:paraId="5B25ECAF" w14:textId="77777777" w:rsidR="00D246C1" w:rsidRDefault="00000000">
      <w:pPr>
        <w:pStyle w:val="ListBullet"/>
      </w:pPr>
      <w:r>
        <w:t>Provided bedside care, administered medications, and monitored patient conditions.</w:t>
      </w:r>
    </w:p>
    <w:p w14:paraId="58F5D63B" w14:textId="77777777" w:rsidR="00D246C1" w:rsidRDefault="00000000">
      <w:pPr>
        <w:pStyle w:val="ListBullet"/>
      </w:pPr>
      <w:r>
        <w:t>Assisted in minor surgical procedures and emergency care.</w:t>
      </w:r>
    </w:p>
    <w:p w14:paraId="6A287B69" w14:textId="77777777" w:rsidR="00D246C1" w:rsidRDefault="00000000">
      <w:r>
        <w:rPr>
          <w:b/>
          <w:color w:val="000000"/>
        </w:rPr>
        <w:t>CareMax Super Specialty/Cardiac Care Hospital, Punjab, India</w:t>
      </w:r>
    </w:p>
    <w:p w14:paraId="2E134D27" w14:textId="77777777" w:rsidR="00D246C1" w:rsidRDefault="00000000">
      <w:r>
        <w:t>Staff Nurse (ICU/ICCU) | May 2017 – January 2019</w:t>
      </w:r>
    </w:p>
    <w:p w14:paraId="35839B20" w14:textId="77777777" w:rsidR="00D246C1" w:rsidRDefault="00000000">
      <w:pPr>
        <w:pStyle w:val="ListBullet"/>
      </w:pPr>
      <w:r>
        <w:t>Provided intensive care for cardiac and critical patients.</w:t>
      </w:r>
    </w:p>
    <w:p w14:paraId="14E2D8D2" w14:textId="77777777" w:rsidR="00D246C1" w:rsidRDefault="00000000">
      <w:pPr>
        <w:pStyle w:val="ListBullet"/>
      </w:pPr>
      <w:r>
        <w:t>Monitored patients using advanced cardiac equipment and ensured prompt emergency response.</w:t>
      </w:r>
    </w:p>
    <w:p w14:paraId="5DA49A9F" w14:textId="77777777" w:rsidR="00D246C1" w:rsidRDefault="00000000">
      <w:r>
        <w:rPr>
          <w:b/>
          <w:color w:val="000000"/>
        </w:rPr>
        <w:t>Mann Medicity Super Specialty Hospital, Punjab, India</w:t>
      </w:r>
    </w:p>
    <w:p w14:paraId="0ECCB7A8" w14:textId="77777777" w:rsidR="00D246C1" w:rsidRDefault="00000000">
      <w:r>
        <w:t>Registered Nurse | July 2016 – April 2017</w:t>
      </w:r>
    </w:p>
    <w:p w14:paraId="5EAE5F1A" w14:textId="77777777" w:rsidR="00D246C1" w:rsidRDefault="00000000">
      <w:pPr>
        <w:pStyle w:val="ListBullet"/>
      </w:pPr>
      <w:r>
        <w:t>Delivered patient care across medical-surgical and ICU units.</w:t>
      </w:r>
    </w:p>
    <w:p w14:paraId="628355B0" w14:textId="77777777" w:rsidR="00D246C1" w:rsidRDefault="00000000">
      <w:pPr>
        <w:pStyle w:val="ListBullet"/>
      </w:pPr>
      <w:r>
        <w:t>Maintained sterile technique during procedures and provided patient education.</w:t>
      </w:r>
    </w:p>
    <w:p w14:paraId="637B3AB2" w14:textId="77777777" w:rsidR="00D246C1" w:rsidRDefault="00000000">
      <w:pPr>
        <w:pStyle w:val="Heading2"/>
      </w:pPr>
      <w:r>
        <w:t>Education</w:t>
      </w:r>
    </w:p>
    <w:p w14:paraId="09879EE0" w14:textId="77777777" w:rsidR="00D246C1" w:rsidRDefault="00000000">
      <w:pPr>
        <w:pStyle w:val="ListBullet"/>
      </w:pPr>
      <w:r>
        <w:t>Diploma in Medical Office Administration | May 2024 – May 2025</w:t>
      </w:r>
    </w:p>
    <w:p w14:paraId="32E6B38B" w14:textId="77777777" w:rsidR="00D246C1" w:rsidRDefault="00000000">
      <w:r>
        <w:t>Academy of Learning Career College, Mississauga, Canada</w:t>
      </w:r>
    </w:p>
    <w:p w14:paraId="5782AFDD" w14:textId="77777777" w:rsidR="00D246C1" w:rsidRDefault="00000000">
      <w:pPr>
        <w:pStyle w:val="ListBullet"/>
      </w:pPr>
      <w:r>
        <w:t>Diploma in Nursing Leadership and Healthcare Management | Present</w:t>
      </w:r>
    </w:p>
    <w:p w14:paraId="4BA19F5B" w14:textId="77777777" w:rsidR="00D246C1" w:rsidRDefault="00000000">
      <w:r>
        <w:t>Conestoga College, Kitchener, Canada</w:t>
      </w:r>
    </w:p>
    <w:p w14:paraId="126B3962" w14:textId="77777777" w:rsidR="00D246C1" w:rsidRDefault="00000000">
      <w:pPr>
        <w:pStyle w:val="ListBullet"/>
      </w:pPr>
      <w:r>
        <w:t>Diploma in General Nursing and Midwifery/RN | September 2012 – June 2016</w:t>
      </w:r>
    </w:p>
    <w:p w14:paraId="3685177B" w14:textId="77777777" w:rsidR="00D246C1" w:rsidRDefault="00000000">
      <w:r>
        <w:t>G.N. Institute of Health Sciences and Research, India</w:t>
      </w:r>
    </w:p>
    <w:p w14:paraId="2AE289F9" w14:textId="77777777" w:rsidR="00D246C1" w:rsidRDefault="00000000">
      <w:pPr>
        <w:pStyle w:val="Heading2"/>
      </w:pPr>
      <w:r>
        <w:lastRenderedPageBreak/>
        <w:t>Certifications &amp; Licenses</w:t>
      </w:r>
    </w:p>
    <w:p w14:paraId="4FD3E973" w14:textId="77777777" w:rsidR="00D246C1" w:rsidRDefault="00000000">
      <w:pPr>
        <w:pStyle w:val="ListBullet"/>
      </w:pPr>
      <w:r>
        <w:t>Registered Nurse License – College of Nurses of Ontario (CNO)</w:t>
      </w:r>
    </w:p>
    <w:p w14:paraId="0FAFD25F" w14:textId="77777777" w:rsidR="00D246C1" w:rsidRDefault="00000000">
      <w:pPr>
        <w:pStyle w:val="ListBullet"/>
      </w:pPr>
      <w:r>
        <w:t>Registered Nurse – PNRC, India</w:t>
      </w:r>
    </w:p>
    <w:p w14:paraId="67264812" w14:textId="6BCD3272" w:rsidR="00D246C1" w:rsidRDefault="00000000">
      <w:pPr>
        <w:pStyle w:val="ListBullet"/>
      </w:pPr>
      <w:r>
        <w:t>Standard First Aid and CPR Certification</w:t>
      </w:r>
    </w:p>
    <w:p w14:paraId="42A7D845" w14:textId="77777777" w:rsidR="00D246C1" w:rsidRDefault="00000000">
      <w:pPr>
        <w:pStyle w:val="Heading2"/>
      </w:pPr>
      <w:r>
        <w:t>Languages</w:t>
      </w:r>
    </w:p>
    <w:p w14:paraId="3C20A0F7" w14:textId="77777777" w:rsidR="00D246C1" w:rsidRDefault="00000000">
      <w:r>
        <w:t>English, Hindi, Punjabi</w:t>
      </w:r>
    </w:p>
    <w:p w14:paraId="0C1C9AA0" w14:textId="72D7AA17" w:rsidR="00D246C1" w:rsidRDefault="00D246C1"/>
    <w:sectPr w:rsidR="00D246C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556160984">
    <w:abstractNumId w:val="8"/>
  </w:num>
  <w:num w:numId="2" w16cid:durableId="786699310">
    <w:abstractNumId w:val="6"/>
  </w:num>
  <w:num w:numId="3" w16cid:durableId="2011986409">
    <w:abstractNumId w:val="5"/>
  </w:num>
  <w:num w:numId="4" w16cid:durableId="1413429270">
    <w:abstractNumId w:val="4"/>
  </w:num>
  <w:num w:numId="5" w16cid:durableId="160396322">
    <w:abstractNumId w:val="7"/>
  </w:num>
  <w:num w:numId="6" w16cid:durableId="908921142">
    <w:abstractNumId w:val="3"/>
  </w:num>
  <w:num w:numId="7" w16cid:durableId="773330098">
    <w:abstractNumId w:val="2"/>
  </w:num>
  <w:num w:numId="8" w16cid:durableId="1764566939">
    <w:abstractNumId w:val="1"/>
  </w:num>
  <w:num w:numId="9" w16cid:durableId="1280524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80B75"/>
    <w:rsid w:val="005C02C6"/>
    <w:rsid w:val="00AA1D8D"/>
    <w:rsid w:val="00B47730"/>
    <w:rsid w:val="00CB0664"/>
    <w:rsid w:val="00D246C1"/>
    <w:rsid w:val="00D55E36"/>
    <w:rsid w:val="00D7772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307688"/>
  <w14:defaultImageDpi w14:val="300"/>
  <w15:docId w15:val="{984D16A9-6E67-4AFA-9B2C-A59B38C74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496</Words>
  <Characters>2831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Jasvir Kaur</cp:lastModifiedBy>
  <cp:revision>3</cp:revision>
  <dcterms:created xsi:type="dcterms:W3CDTF">2025-10-26T18:01:00Z</dcterms:created>
  <dcterms:modified xsi:type="dcterms:W3CDTF">2025-11-09T19:45:00Z</dcterms:modified>
  <cp:category/>
</cp:coreProperties>
</file>