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DA681" w14:textId="77777777" w:rsidR="00C37014" w:rsidRPr="00D26F8E" w:rsidRDefault="00000000" w:rsidP="00D26F8E">
      <w:pPr>
        <w:rPr>
          <w:b/>
          <w:bCs/>
        </w:rPr>
      </w:pPr>
      <w:r w:rsidRPr="00D26F8E">
        <w:rPr>
          <w:b/>
          <w:bCs/>
        </w:rPr>
        <w:t>Komalpreet Kaur</w:t>
      </w:r>
    </w:p>
    <w:p w14:paraId="642F3E56" w14:textId="77777777" w:rsidR="00D26F8E" w:rsidRDefault="00000000">
      <w:r>
        <w:t>281 Fernforest Drive, Brampton, ON L6R 1L9</w:t>
      </w:r>
    </w:p>
    <w:p w14:paraId="3341E91A" w14:textId="08F61924" w:rsidR="00D26F8E" w:rsidRDefault="00000000">
      <w:r>
        <w:t xml:space="preserve"> </w:t>
      </w:r>
      <w:hyperlink r:id="rId6" w:history="1">
        <w:r w:rsidR="00D26F8E" w:rsidRPr="004F7BEF">
          <w:rPr>
            <w:rStyle w:val="Hyperlink"/>
          </w:rPr>
          <w:t>preetkomal44117@gmail.com</w:t>
        </w:r>
      </w:hyperlink>
    </w:p>
    <w:p w14:paraId="07E6DE84" w14:textId="07597DB7" w:rsidR="00C37014" w:rsidRDefault="00000000">
      <w:r>
        <w:t xml:space="preserve"> Phone: 437-878-6015</w:t>
      </w:r>
    </w:p>
    <w:p w14:paraId="3EF31B0F" w14:textId="77777777" w:rsidR="00C37014" w:rsidRPr="00D26F8E" w:rsidRDefault="00000000" w:rsidP="00D26F8E">
      <w:pPr>
        <w:rPr>
          <w:b/>
          <w:bCs/>
        </w:rPr>
      </w:pPr>
      <w:r w:rsidRPr="00D26F8E">
        <w:rPr>
          <w:b/>
          <w:bCs/>
        </w:rPr>
        <w:t>Professional Summary</w:t>
      </w:r>
    </w:p>
    <w:p w14:paraId="0F61F5A1" w14:textId="5852C94D" w:rsidR="00C37014" w:rsidRDefault="00000000">
      <w:r>
        <w:t xml:space="preserve">Detail-oriented and </w:t>
      </w:r>
      <w:r w:rsidR="00563995">
        <w:t>organized medical</w:t>
      </w:r>
      <w:r>
        <w:t xml:space="preserve"> </w:t>
      </w:r>
      <w:r w:rsidR="00563995">
        <w:t>Reception</w:t>
      </w:r>
      <w:r>
        <w:t xml:space="preserve"> professional with 2 years of combined experience in concierge, customer service, and medical reception environments. Skilled in patient coordination, administrative support, record management, and front-desk operations. Strong ability in people management, resolving inquiries, maintaining accurate documentation, and providing high-quality client care. Equipped with digital marketing, organizational, and communication skills developed through Creative Industries Management. Seeking a Healthcare Administrator role to contribute efficiency, professionalism, and patient-focused service.</w:t>
      </w:r>
    </w:p>
    <w:p w14:paraId="3C18D989" w14:textId="77777777" w:rsidR="00C37014" w:rsidRPr="00D26F8E" w:rsidRDefault="00000000" w:rsidP="00D26F8E">
      <w:pPr>
        <w:rPr>
          <w:b/>
          <w:bCs/>
        </w:rPr>
      </w:pPr>
      <w:r w:rsidRPr="00D26F8E">
        <w:rPr>
          <w:b/>
          <w:bCs/>
        </w:rPr>
        <w:t>Key Skills</w:t>
      </w:r>
    </w:p>
    <w:p w14:paraId="205E3184" w14:textId="77777777" w:rsidR="00C37014" w:rsidRPr="00D26F8E" w:rsidRDefault="00000000">
      <w:pPr>
        <w:rPr>
          <w:b/>
          <w:bCs/>
        </w:rPr>
      </w:pPr>
      <w:r w:rsidRPr="00D26F8E">
        <w:rPr>
          <w:b/>
          <w:bCs/>
        </w:rPr>
        <w:t>Healthcare Administration Skills:</w:t>
      </w:r>
    </w:p>
    <w:p w14:paraId="589E5923" w14:textId="77777777" w:rsidR="00C37014" w:rsidRDefault="00000000">
      <w:r>
        <w:t>- Patient &amp; Client Assistance</w:t>
      </w:r>
    </w:p>
    <w:p w14:paraId="4DCE78CB" w14:textId="77777777" w:rsidR="00C37014" w:rsidRDefault="00000000">
      <w:r>
        <w:t>- Appointment Scheduling &amp; Calendar Coordination</w:t>
      </w:r>
    </w:p>
    <w:p w14:paraId="04FCDEDD" w14:textId="77777777" w:rsidR="00C37014" w:rsidRDefault="00000000">
      <w:r>
        <w:t>- Medical Record Management &amp; Data Entry</w:t>
      </w:r>
    </w:p>
    <w:p w14:paraId="73FE72F6" w14:textId="77777777" w:rsidR="00C37014" w:rsidRDefault="00000000">
      <w:r>
        <w:t>- Reception &amp; Front Desk Operations</w:t>
      </w:r>
    </w:p>
    <w:p w14:paraId="038D4DCB" w14:textId="77777777" w:rsidR="00C37014" w:rsidRDefault="00000000">
      <w:r>
        <w:t>- Health Information Documentation</w:t>
      </w:r>
    </w:p>
    <w:p w14:paraId="5EEE1320" w14:textId="77777777" w:rsidR="00C37014" w:rsidRDefault="00000000">
      <w:r>
        <w:t>- Confidential File Management</w:t>
      </w:r>
    </w:p>
    <w:p w14:paraId="6E609D2C" w14:textId="77777777" w:rsidR="00C37014" w:rsidRDefault="00000000">
      <w:r>
        <w:t>- Patient Flow &amp; Front Desk Coordination</w:t>
      </w:r>
    </w:p>
    <w:p w14:paraId="0B7A8611" w14:textId="77777777" w:rsidR="00C37014" w:rsidRDefault="00C37014"/>
    <w:p w14:paraId="7675EEFF" w14:textId="77777777" w:rsidR="00C37014" w:rsidRPr="00D26F8E" w:rsidRDefault="00000000">
      <w:pPr>
        <w:rPr>
          <w:b/>
          <w:bCs/>
        </w:rPr>
      </w:pPr>
      <w:r w:rsidRPr="00D26F8E">
        <w:rPr>
          <w:b/>
          <w:bCs/>
        </w:rPr>
        <w:t>Administrative &amp; Professional Skills:</w:t>
      </w:r>
    </w:p>
    <w:p w14:paraId="255EAF04" w14:textId="77777777" w:rsidR="00C37014" w:rsidRDefault="00000000">
      <w:r>
        <w:t>- People Management</w:t>
      </w:r>
    </w:p>
    <w:p w14:paraId="3C6CE207" w14:textId="77777777" w:rsidR="00C37014" w:rsidRDefault="00000000">
      <w:r>
        <w:t>- Conflict Resolution &amp; Interpersonal Skills</w:t>
      </w:r>
    </w:p>
    <w:p w14:paraId="3827FB83" w14:textId="77777777" w:rsidR="00C37014" w:rsidRDefault="00000000">
      <w:r>
        <w:t>- Strong Verbal &amp; Written Communication</w:t>
      </w:r>
    </w:p>
    <w:p w14:paraId="70E8A9AD" w14:textId="77777777" w:rsidR="00C37014" w:rsidRDefault="00000000">
      <w:r>
        <w:t>- Professional Phone &amp; Email Etiquette</w:t>
      </w:r>
    </w:p>
    <w:p w14:paraId="28C250EE" w14:textId="77777777" w:rsidR="00C37014" w:rsidRDefault="00000000">
      <w:r>
        <w:t>- Reports, Logs &amp; Documentation Handling</w:t>
      </w:r>
    </w:p>
    <w:p w14:paraId="41A77056" w14:textId="77777777" w:rsidR="00C37014" w:rsidRPr="00D26F8E" w:rsidRDefault="00C37014">
      <w:pPr>
        <w:rPr>
          <w:b/>
          <w:bCs/>
        </w:rPr>
      </w:pPr>
    </w:p>
    <w:p w14:paraId="4F8D5DB8" w14:textId="77777777" w:rsidR="00C37014" w:rsidRPr="00D26F8E" w:rsidRDefault="00000000">
      <w:pPr>
        <w:rPr>
          <w:b/>
          <w:bCs/>
        </w:rPr>
      </w:pPr>
      <w:r w:rsidRPr="00D26F8E">
        <w:rPr>
          <w:b/>
          <w:bCs/>
        </w:rPr>
        <w:t>Technical Skills:</w:t>
      </w:r>
    </w:p>
    <w:p w14:paraId="7D514ACF" w14:textId="77777777" w:rsidR="00C37014" w:rsidRDefault="00000000">
      <w:r>
        <w:t>- MS Office Suite (Excel, Word, Teams, Outlook)</w:t>
      </w:r>
    </w:p>
    <w:p w14:paraId="32AFE7C7" w14:textId="77777777" w:rsidR="00C37014" w:rsidRDefault="00000000">
      <w:r>
        <w:t>- Digital Marketing</w:t>
      </w:r>
    </w:p>
    <w:p w14:paraId="215B8B72" w14:textId="77777777" w:rsidR="00C37014" w:rsidRDefault="00000000">
      <w:r>
        <w:t>- Social Media Management</w:t>
      </w:r>
    </w:p>
    <w:p w14:paraId="50015933" w14:textId="77777777" w:rsidR="00C37014" w:rsidRDefault="00000000">
      <w:r>
        <w:t>- Basic Computer Proficiency</w:t>
      </w:r>
    </w:p>
    <w:p w14:paraId="036BDF37" w14:textId="6175AFF5" w:rsidR="00563995" w:rsidRPr="00D26F8E" w:rsidRDefault="00000000" w:rsidP="00D26F8E">
      <w:pPr>
        <w:rPr>
          <w:b/>
          <w:bCs/>
        </w:rPr>
      </w:pPr>
      <w:r w:rsidRPr="00D26F8E">
        <w:rPr>
          <w:b/>
          <w:bCs/>
        </w:rPr>
        <w:t>Professional Experience</w:t>
      </w:r>
    </w:p>
    <w:p w14:paraId="74D338E5" w14:textId="4A959F6D" w:rsidR="00D26F8E" w:rsidRDefault="00D26F8E" w:rsidP="00D26F8E">
      <w:pPr>
        <w:rPr>
          <w:b/>
          <w:bCs/>
          <w:lang w:val="en-CA"/>
        </w:rPr>
      </w:pPr>
      <w:r w:rsidRPr="00D26F8E">
        <w:rPr>
          <w:b/>
          <w:bCs/>
          <w:lang w:val="en-CA"/>
        </w:rPr>
        <w:t xml:space="preserve">VP Protection </w:t>
      </w:r>
      <w:proofErr w:type="spellStart"/>
      <w:r>
        <w:rPr>
          <w:b/>
          <w:bCs/>
          <w:lang w:val="en-CA"/>
        </w:rPr>
        <w:t>inc</w:t>
      </w:r>
      <w:proofErr w:type="spellEnd"/>
      <w:r>
        <w:rPr>
          <w:b/>
          <w:bCs/>
          <w:lang w:val="en-CA"/>
        </w:rPr>
        <w:t xml:space="preserve">- North </w:t>
      </w:r>
      <w:proofErr w:type="spellStart"/>
      <w:r>
        <w:rPr>
          <w:b/>
          <w:bCs/>
          <w:lang w:val="en-CA"/>
        </w:rPr>
        <w:t>york</w:t>
      </w:r>
      <w:proofErr w:type="spellEnd"/>
      <w:r>
        <w:rPr>
          <w:b/>
          <w:bCs/>
          <w:lang w:val="en-CA"/>
        </w:rPr>
        <w:t>, ON</w:t>
      </w:r>
    </w:p>
    <w:p w14:paraId="02D69646" w14:textId="7A675653" w:rsidR="00D26F8E" w:rsidRPr="00D26F8E" w:rsidRDefault="00D26F8E" w:rsidP="00D26F8E">
      <w:pPr>
        <w:rPr>
          <w:b/>
          <w:bCs/>
        </w:rPr>
      </w:pPr>
      <w:r w:rsidRPr="00E00F5A">
        <w:rPr>
          <w:b/>
          <w:bCs/>
        </w:rPr>
        <w:t>Concierge | July 2024 – present</w:t>
      </w:r>
    </w:p>
    <w:p w14:paraId="77D6D833" w14:textId="77777777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Managed front-desk operations, greeting and assisting visitors in a professional, patient-focused manner.</w:t>
      </w:r>
    </w:p>
    <w:p w14:paraId="08311311" w14:textId="466C5603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Performed ID verification, sign-ins, and confidential record updates</w:t>
      </w:r>
      <w:r>
        <w:rPr>
          <w:lang w:val="en-CA"/>
        </w:rPr>
        <w:t>.</w:t>
      </w:r>
    </w:p>
    <w:p w14:paraId="5DB53470" w14:textId="77777777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Handled phone and email inquiries, providing timely information and directing individuals to the correct department.</w:t>
      </w:r>
    </w:p>
    <w:p w14:paraId="0BA98E8C" w14:textId="77777777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Maintained accurate daily logs, incident reports, and documentation with strong attention to detail.</w:t>
      </w:r>
    </w:p>
    <w:p w14:paraId="02CE4CE2" w14:textId="77777777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Responded calmly to emergencies and urgent situations, ensuring safety and proper escalation.</w:t>
      </w:r>
    </w:p>
    <w:p w14:paraId="3F681A2C" w14:textId="77777777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Coordinated access for staff, contractors, and guests, demonstrating strong organizational and scheduling skills.</w:t>
      </w:r>
    </w:p>
    <w:p w14:paraId="17C0D9F0" w14:textId="77777777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Supported smooth building operations through communication with management and emergency services.</w:t>
      </w:r>
    </w:p>
    <w:p w14:paraId="5C758F66" w14:textId="5677432D" w:rsidR="00D26F8E" w:rsidRPr="00D26F8E" w:rsidRDefault="00D26F8E" w:rsidP="00D26F8E">
      <w:pPr>
        <w:numPr>
          <w:ilvl w:val="0"/>
          <w:numId w:val="10"/>
        </w:numPr>
        <w:rPr>
          <w:lang w:val="en-CA"/>
        </w:rPr>
      </w:pPr>
      <w:r w:rsidRPr="00D26F8E">
        <w:rPr>
          <w:lang w:val="en-CA"/>
        </w:rPr>
        <w:t>Ensured a welcoming, safe, and customer-centered environment</w:t>
      </w:r>
      <w:r>
        <w:rPr>
          <w:lang w:val="en-CA"/>
        </w:rPr>
        <w:t>.</w:t>
      </w:r>
    </w:p>
    <w:p w14:paraId="54B61321" w14:textId="77777777" w:rsidR="00D26F8E" w:rsidRPr="00D26F8E" w:rsidRDefault="00D26F8E" w:rsidP="00D26F8E"/>
    <w:p w14:paraId="318EDFA2" w14:textId="77777777" w:rsidR="00C37014" w:rsidRPr="00D26F8E" w:rsidRDefault="00000000" w:rsidP="00D26F8E">
      <w:pPr>
        <w:rPr>
          <w:b/>
          <w:bCs/>
        </w:rPr>
      </w:pPr>
      <w:r w:rsidRPr="00D26F8E">
        <w:rPr>
          <w:b/>
          <w:bCs/>
        </w:rPr>
        <w:t>Wincon Security – Markham, ON</w:t>
      </w:r>
    </w:p>
    <w:p w14:paraId="512621E4" w14:textId="77777777" w:rsidR="00C37014" w:rsidRPr="00E00F5A" w:rsidRDefault="00000000">
      <w:pPr>
        <w:rPr>
          <w:b/>
          <w:bCs/>
        </w:rPr>
      </w:pPr>
      <w:r w:rsidRPr="00E00F5A">
        <w:rPr>
          <w:b/>
          <w:bCs/>
        </w:rPr>
        <w:t>Concierge | Jan 2024 – June 2025</w:t>
      </w:r>
    </w:p>
    <w:p w14:paraId="3EEF1214" w14:textId="14A11588" w:rsidR="00C37014" w:rsidRDefault="00000000">
      <w:pPr>
        <w:pStyle w:val="ListBullet"/>
      </w:pPr>
      <w:r>
        <w:t>Served as the first point of contact for residents, guests, and contractors, delivering professional reception services.</w:t>
      </w:r>
    </w:p>
    <w:p w14:paraId="74955278" w14:textId="2B9DD453" w:rsidR="00C37014" w:rsidRDefault="00000000">
      <w:pPr>
        <w:pStyle w:val="ListBullet"/>
      </w:pPr>
      <w:r>
        <w:t>Managed inquiries, phone calls, visitor access, and daily front-desk operations.</w:t>
      </w:r>
    </w:p>
    <w:p w14:paraId="1F89B131" w14:textId="60E73544" w:rsidR="00C37014" w:rsidRDefault="00000000">
      <w:pPr>
        <w:pStyle w:val="ListBullet"/>
      </w:pPr>
      <w:r>
        <w:lastRenderedPageBreak/>
        <w:t xml:space="preserve"> Supported building operations by coordinating maintenance requests and documenting incidents.</w:t>
      </w:r>
    </w:p>
    <w:p w14:paraId="005F785A" w14:textId="20F35CA1" w:rsidR="00C37014" w:rsidRDefault="00000000">
      <w:pPr>
        <w:pStyle w:val="ListBullet"/>
      </w:pPr>
      <w:r>
        <w:t xml:space="preserve"> Responded to urgent situations with calm and effective communication.</w:t>
      </w:r>
    </w:p>
    <w:p w14:paraId="6998B61C" w14:textId="333547AF" w:rsidR="00C37014" w:rsidRDefault="00000000">
      <w:pPr>
        <w:pStyle w:val="ListBullet"/>
      </w:pPr>
      <w:r>
        <w:t xml:space="preserve"> Maintained detailed reports and ensured accurate daily log documentation.</w:t>
      </w:r>
    </w:p>
    <w:p w14:paraId="228F50D4" w14:textId="1E0BCB16" w:rsidR="00C37014" w:rsidRDefault="00000000">
      <w:pPr>
        <w:pStyle w:val="ListBullet"/>
      </w:pPr>
      <w:r>
        <w:t xml:space="preserve"> Fostered a safe, respectful, and customer-focused environment.</w:t>
      </w:r>
    </w:p>
    <w:p w14:paraId="114A538F" w14:textId="77777777" w:rsidR="00563995" w:rsidRDefault="00563995" w:rsidP="00563995">
      <w:pPr>
        <w:rPr>
          <w:b/>
          <w:bCs/>
          <w:lang w:val="en-CA"/>
        </w:rPr>
      </w:pPr>
      <w:r w:rsidRPr="00563995">
        <w:rPr>
          <w:b/>
          <w:bCs/>
          <w:lang w:val="en-CA"/>
        </w:rPr>
        <w:t>Om Parkash Dental Clinic – India</w:t>
      </w:r>
    </w:p>
    <w:p w14:paraId="73E017C8" w14:textId="3ABD7550" w:rsidR="00563995" w:rsidRPr="00563995" w:rsidRDefault="00563995" w:rsidP="00563995">
      <w:pPr>
        <w:rPr>
          <w:b/>
          <w:bCs/>
          <w:lang w:val="en-CA"/>
        </w:rPr>
      </w:pPr>
      <w:r w:rsidRPr="00563995">
        <w:rPr>
          <w:b/>
          <w:bCs/>
          <w:lang w:val="en-CA"/>
        </w:rPr>
        <w:br/>
        <w:t>Dental Receptionist | Jan 2022 – Dec 2023</w:t>
      </w:r>
    </w:p>
    <w:p w14:paraId="76FD4971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Greeted and welcomed patients, managing dental check-in and check-out procedures.</w:t>
      </w:r>
    </w:p>
    <w:p w14:paraId="6DF76291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Scheduled, confirmed, and adjusted dental appointments using clinic scheduling systems (quick to adapt to Open Dental).</w:t>
      </w:r>
    </w:p>
    <w:p w14:paraId="468D51E2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Answered phone calls and addressed patient inquiries regarding treatments, appointments, and office policies.</w:t>
      </w:r>
    </w:p>
    <w:p w14:paraId="368B12A9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Verified patient information, updated dental records, and maintained accurate documentation.</w:t>
      </w:r>
    </w:p>
    <w:p w14:paraId="1057A2C8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Assisted patients with insurance verification, billing inquiries, and payment coordination.</w:t>
      </w:r>
    </w:p>
    <w:p w14:paraId="0D0C8DC7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Maintained strict confidentiality of patient health information in accordance with privacy standards.</w:t>
      </w:r>
    </w:p>
    <w:p w14:paraId="35A7CAD5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Coordinated with dentists, hygienists, and clinical staff to ensure efficient patient flow.</w:t>
      </w:r>
    </w:p>
    <w:p w14:paraId="011D286C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Managed filing, scanning, and organization of dental charts and administrative documents.</w:t>
      </w:r>
    </w:p>
    <w:p w14:paraId="56A45EF2" w14:textId="77777777" w:rsidR="00563995" w:rsidRPr="00563995" w:rsidRDefault="00563995" w:rsidP="00563995">
      <w:pPr>
        <w:pStyle w:val="ListParagraph"/>
        <w:numPr>
          <w:ilvl w:val="0"/>
          <w:numId w:val="13"/>
        </w:numPr>
        <w:rPr>
          <w:lang w:val="en-CA"/>
        </w:rPr>
      </w:pPr>
      <w:r w:rsidRPr="00563995">
        <w:rPr>
          <w:lang w:val="en-CA"/>
        </w:rPr>
        <w:t>Provided a welcoming, professional, and patient-focused front desk experience in a busy dental office.</w:t>
      </w:r>
    </w:p>
    <w:p w14:paraId="527566C3" w14:textId="77777777" w:rsidR="00C37014" w:rsidRPr="00E00F5A" w:rsidRDefault="00000000" w:rsidP="00E00F5A">
      <w:pPr>
        <w:rPr>
          <w:b/>
          <w:bCs/>
        </w:rPr>
      </w:pPr>
      <w:r w:rsidRPr="00E00F5A">
        <w:rPr>
          <w:b/>
          <w:bCs/>
        </w:rPr>
        <w:t>Education</w:t>
      </w:r>
    </w:p>
    <w:p w14:paraId="7CF437E7" w14:textId="77777777" w:rsidR="00C37014" w:rsidRDefault="00000000">
      <w:r>
        <w:t>• Creative Industries Management – Sheridan College</w:t>
      </w:r>
    </w:p>
    <w:p w14:paraId="40119CCB" w14:textId="77777777" w:rsidR="00C37014" w:rsidRDefault="00000000">
      <w:r>
        <w:t>• Information System Business Analysis – Pures College of Technology</w:t>
      </w:r>
    </w:p>
    <w:p w14:paraId="7EB8E598" w14:textId="77777777" w:rsidR="00C37014" w:rsidRDefault="00000000">
      <w:r>
        <w:t>• Bachelor’s Degree in Economics – India</w:t>
      </w:r>
    </w:p>
    <w:p w14:paraId="164CEDDC" w14:textId="77777777" w:rsidR="00C37014" w:rsidRPr="00E00F5A" w:rsidRDefault="00000000" w:rsidP="00E00F5A">
      <w:pPr>
        <w:rPr>
          <w:b/>
          <w:bCs/>
        </w:rPr>
      </w:pPr>
      <w:r w:rsidRPr="00E00F5A">
        <w:rPr>
          <w:b/>
          <w:bCs/>
        </w:rPr>
        <w:t>Certifications</w:t>
      </w:r>
    </w:p>
    <w:p w14:paraId="204DCB4B" w14:textId="77777777" w:rsidR="00C37014" w:rsidRDefault="00000000">
      <w:r>
        <w:t>• Certificate in Administration Health Management</w:t>
      </w:r>
    </w:p>
    <w:p w14:paraId="637CC2D4" w14:textId="6C5EB6D0" w:rsidR="00C37014" w:rsidRDefault="00000000">
      <w:r>
        <w:t xml:space="preserve">• </w:t>
      </w:r>
      <w:r w:rsidR="00303676">
        <w:t>Dental Assistant</w:t>
      </w:r>
    </w:p>
    <w:p w14:paraId="444B1CE7" w14:textId="77777777" w:rsidR="00C37014" w:rsidRDefault="00000000">
      <w:r>
        <w:t>• First Aid &amp; CPR Certification</w:t>
      </w:r>
    </w:p>
    <w:p w14:paraId="10A09440" w14:textId="77777777" w:rsidR="00C37014" w:rsidRDefault="00000000">
      <w:r>
        <w:t>• Ontario Security Guard License – Valid</w:t>
      </w:r>
    </w:p>
    <w:p w14:paraId="7B6415EA" w14:textId="77777777" w:rsidR="00C37014" w:rsidRDefault="00000000">
      <w:r>
        <w:lastRenderedPageBreak/>
        <w:t>• G2 Driving License – Valid</w:t>
      </w:r>
    </w:p>
    <w:p w14:paraId="49A9BAD4" w14:textId="77777777" w:rsidR="00C37014" w:rsidRPr="00E00F5A" w:rsidRDefault="00000000" w:rsidP="00E00F5A">
      <w:pPr>
        <w:rPr>
          <w:b/>
          <w:bCs/>
        </w:rPr>
      </w:pPr>
      <w:r w:rsidRPr="00E00F5A">
        <w:rPr>
          <w:b/>
          <w:bCs/>
        </w:rPr>
        <w:t>Availability</w:t>
      </w:r>
    </w:p>
    <w:p w14:paraId="0F712492" w14:textId="77777777" w:rsidR="00C37014" w:rsidRDefault="00000000">
      <w:r>
        <w:t>• Available immediately</w:t>
      </w:r>
    </w:p>
    <w:p w14:paraId="0294A872" w14:textId="77777777" w:rsidR="00C37014" w:rsidRDefault="00000000">
      <w:r>
        <w:t>• Flexible for shifts, evenings, and weekends</w:t>
      </w:r>
    </w:p>
    <w:sectPr w:rsidR="00C3701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EF29BA"/>
    <w:multiLevelType w:val="multilevel"/>
    <w:tmpl w:val="1F929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E1266B"/>
    <w:multiLevelType w:val="multilevel"/>
    <w:tmpl w:val="0AD85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882455"/>
    <w:multiLevelType w:val="hybridMultilevel"/>
    <w:tmpl w:val="1EECCC8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D907E3"/>
    <w:multiLevelType w:val="multilevel"/>
    <w:tmpl w:val="943C5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8553790">
    <w:abstractNumId w:val="8"/>
  </w:num>
  <w:num w:numId="2" w16cid:durableId="1872065182">
    <w:abstractNumId w:val="6"/>
  </w:num>
  <w:num w:numId="3" w16cid:durableId="702677848">
    <w:abstractNumId w:val="5"/>
  </w:num>
  <w:num w:numId="4" w16cid:durableId="1147208487">
    <w:abstractNumId w:val="4"/>
  </w:num>
  <w:num w:numId="5" w16cid:durableId="696006718">
    <w:abstractNumId w:val="7"/>
  </w:num>
  <w:num w:numId="6" w16cid:durableId="459882673">
    <w:abstractNumId w:val="3"/>
  </w:num>
  <w:num w:numId="7" w16cid:durableId="932127826">
    <w:abstractNumId w:val="2"/>
  </w:num>
  <w:num w:numId="8" w16cid:durableId="1499226397">
    <w:abstractNumId w:val="1"/>
  </w:num>
  <w:num w:numId="9" w16cid:durableId="381826062">
    <w:abstractNumId w:val="0"/>
  </w:num>
  <w:num w:numId="10" w16cid:durableId="1680505997">
    <w:abstractNumId w:val="10"/>
  </w:num>
  <w:num w:numId="11" w16cid:durableId="1856385375">
    <w:abstractNumId w:val="9"/>
  </w:num>
  <w:num w:numId="12" w16cid:durableId="1149059835">
    <w:abstractNumId w:val="12"/>
  </w:num>
  <w:num w:numId="13" w16cid:durableId="9856200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03676"/>
    <w:rsid w:val="00326F90"/>
    <w:rsid w:val="005313B5"/>
    <w:rsid w:val="00563995"/>
    <w:rsid w:val="009271C7"/>
    <w:rsid w:val="00AA1D8D"/>
    <w:rsid w:val="00B47730"/>
    <w:rsid w:val="00C37014"/>
    <w:rsid w:val="00CB0664"/>
    <w:rsid w:val="00D26F8E"/>
    <w:rsid w:val="00E00F5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D09F8B"/>
  <w14:defaultImageDpi w14:val="300"/>
  <w15:docId w15:val="{E1D498E4-B451-43DD-B403-DAF665BBC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26F8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eetkomal4411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Komal Kaur</cp:lastModifiedBy>
  <cp:revision>2</cp:revision>
  <dcterms:created xsi:type="dcterms:W3CDTF">2025-12-21T00:59:00Z</dcterms:created>
  <dcterms:modified xsi:type="dcterms:W3CDTF">2025-12-21T00:59:00Z</dcterms:modified>
  <cp:category/>
</cp:coreProperties>
</file>