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F1670" w14:textId="77777777" w:rsidR="00FF7744" w:rsidRDefault="005727A4">
      <w:pPr>
        <w:pStyle w:val="Title"/>
      </w:pPr>
      <w:r>
        <w:t>Omolara Feyisara Ademola</w:t>
      </w:r>
    </w:p>
    <w:p w14:paraId="7E6CCC6E" w14:textId="77777777" w:rsidR="00FF7744" w:rsidRDefault="005727A4">
      <w:r>
        <w:t>📍 Brampton, Ontario</w:t>
      </w:r>
    </w:p>
    <w:p w14:paraId="2EEBA102" w14:textId="7A9E3F4B" w:rsidR="00FF7744" w:rsidRDefault="005727A4">
      <w:r>
        <w:t xml:space="preserve">📞 437-970-4997 | </w:t>
      </w:r>
      <w:r w:rsidR="00AC7D24">
        <w:t xml:space="preserve"> </w:t>
      </w:r>
      <w:r w:rsidR="00922DEE">
        <w:rPr>
          <w:rFonts w:ascii="Apple Color Emoji" w:hAnsi="Apple Color Emoji"/>
        </w:rPr>
        <w:t xml:space="preserve">  </w:t>
      </w:r>
      <w:r w:rsidR="001F29BA">
        <w:rPr>
          <w:rFonts w:ascii="Apple Color Emoji" w:hAnsi="Apple Color Emoji"/>
        </w:rPr>
        <w:t>✉️</w:t>
      </w:r>
      <w:r>
        <w:t>ademolamolara@yahoo.com</w:t>
      </w:r>
    </w:p>
    <w:p w14:paraId="208C85BF" w14:textId="77777777" w:rsidR="00FF7744" w:rsidRDefault="005727A4">
      <w:pPr>
        <w:pStyle w:val="Heading1"/>
      </w:pPr>
      <w:r>
        <w:t>Professional Summary</w:t>
      </w:r>
    </w:p>
    <w:p w14:paraId="49F3B6D2" w14:textId="77777777" w:rsidR="00FF7744" w:rsidRDefault="005727A4">
      <w:r>
        <w:t>Compassionate and dedicated Developmental Service Worker with hands-on experience from internship placement and a solid background in caregiving. Recently graduated with a DSW Diploma from CLi College of Business, Health and Technology. Skilled in providing person-centered care, implementing individualized support plans, and empowering individuals with developmental disabilities to live fulfilling, independent lives. Recognized for strong communication, patience, and a deep commitment to advocacy and inclusion.</w:t>
      </w:r>
    </w:p>
    <w:p w14:paraId="25B9663D" w14:textId="77777777" w:rsidR="00FF7744" w:rsidRDefault="005727A4">
      <w:pPr>
        <w:pStyle w:val="Heading1"/>
      </w:pPr>
      <w:r>
        <w:t>Key Skills</w:t>
      </w:r>
    </w:p>
    <w:p w14:paraId="549404BB" w14:textId="77777777" w:rsidR="00FF7744" w:rsidRDefault="005727A4">
      <w:r>
        <w:t>• Individualized Support Planning</w:t>
      </w:r>
    </w:p>
    <w:p w14:paraId="4D865A37" w14:textId="77777777" w:rsidR="00FF7744" w:rsidRDefault="005727A4">
      <w:r>
        <w:t>• Person-Centered Care &amp; Advocacy</w:t>
      </w:r>
    </w:p>
    <w:p w14:paraId="363FD97B" w14:textId="77777777" w:rsidR="00FF7744" w:rsidRDefault="005727A4">
      <w:r>
        <w:t>• Behavioural Support &amp; Crisis Prevention</w:t>
      </w:r>
    </w:p>
    <w:p w14:paraId="4A8713EE" w14:textId="77777777" w:rsidR="00FF7744" w:rsidRDefault="005727A4">
      <w:r>
        <w:t>• Community Integration &amp; Inclusion</w:t>
      </w:r>
    </w:p>
    <w:p w14:paraId="3B147FE8" w14:textId="77777777" w:rsidR="00FF7744" w:rsidRDefault="005727A4">
      <w:r>
        <w:t>• Daily Living Assistance (feeding, grooming, mobility)</w:t>
      </w:r>
    </w:p>
    <w:p w14:paraId="1C7BB715" w14:textId="77777777" w:rsidR="00FF7744" w:rsidRDefault="005727A4">
      <w:r>
        <w:t>• Strong Communication &amp; Interpersonal Skills</w:t>
      </w:r>
    </w:p>
    <w:p w14:paraId="512B6543" w14:textId="77777777" w:rsidR="00FF7744" w:rsidRDefault="005727A4">
      <w:r>
        <w:t>• Record Keeping &amp; Documentation</w:t>
      </w:r>
    </w:p>
    <w:p w14:paraId="08D8A3DE" w14:textId="77777777" w:rsidR="00FF7744" w:rsidRDefault="005727A4">
      <w:r>
        <w:t>• Team Collaboration</w:t>
      </w:r>
    </w:p>
    <w:p w14:paraId="7A133E08" w14:textId="77777777" w:rsidR="00FF7744" w:rsidRDefault="005727A4">
      <w:pPr>
        <w:pStyle w:val="Heading1"/>
      </w:pPr>
      <w:r>
        <w:t>Education</w:t>
      </w:r>
    </w:p>
    <w:p w14:paraId="4F3FB68F" w14:textId="77777777" w:rsidR="00FF7744" w:rsidRDefault="005727A4">
      <w:r>
        <w:t>Diploma – Developmental Service Worker (DSW)</w:t>
      </w:r>
      <w:r>
        <w:br/>
        <w:t>CLi College of Business, Health and Technology – Toronto, Ontario</w:t>
      </w:r>
      <w:r>
        <w:br/>
        <w:t>Completed: August 9, 2025</w:t>
      </w:r>
    </w:p>
    <w:p w14:paraId="5A4B7D50" w14:textId="77777777" w:rsidR="00FF7744" w:rsidRDefault="005727A4">
      <w:pPr>
        <w:pStyle w:val="Heading1"/>
      </w:pPr>
      <w:r>
        <w:t>Practicum / Internship Experience</w:t>
      </w:r>
    </w:p>
    <w:p w14:paraId="1D135F73" w14:textId="5629E64A" w:rsidR="00FF7744" w:rsidRDefault="005727A4">
      <w:r>
        <w:t>Developmental Service Worker Intern</w:t>
      </w:r>
      <w:r>
        <w:br/>
        <w:t xml:space="preserve">Comfort Keepers – Mississauga, Ontario </w:t>
      </w:r>
      <w:r>
        <w:br/>
        <w:t>• Assisted clients with developmental disabilities in daily living activities and personal growth.</w:t>
      </w:r>
      <w:r>
        <w:br/>
        <w:t>• Implemented individualized support plans to promote independence and skill-building.</w:t>
      </w:r>
      <w:r>
        <w:br/>
        <w:t>• Encouraged social participation through recreational and community activities.</w:t>
      </w:r>
      <w:r>
        <w:br/>
        <w:t>• Documented progress notes and reported updates to supervisors.</w:t>
      </w:r>
      <w:r>
        <w:br/>
        <w:t>• Supported clients with dignity, respect, and culturally sensitive care.</w:t>
      </w:r>
    </w:p>
    <w:p w14:paraId="0B417C26" w14:textId="77777777" w:rsidR="00FF7744" w:rsidRDefault="005727A4">
      <w:pPr>
        <w:pStyle w:val="Heading1"/>
      </w:pPr>
      <w:r>
        <w:t>Work Experience</w:t>
      </w:r>
    </w:p>
    <w:p w14:paraId="6A446836" w14:textId="45BA63A6" w:rsidR="00FF7744" w:rsidRDefault="005727A4">
      <w:r>
        <w:t>Caregiver / Support Worker</w:t>
      </w:r>
      <w:r>
        <w:br/>
        <w:t>[</w:t>
      </w:r>
      <w:r w:rsidR="009311DA">
        <w:t>Com</w:t>
      </w:r>
      <w:r w:rsidR="001C3EE7">
        <w:t xml:space="preserve">fort keepers </w:t>
      </w:r>
      <w:r>
        <w:t>] – [</w:t>
      </w:r>
      <w:r w:rsidR="001C3EE7">
        <w:t xml:space="preserve">Brampton, Ontario </w:t>
      </w:r>
      <w:r>
        <w:t>] | [</w:t>
      </w:r>
      <w:r w:rsidR="004D6DC4">
        <w:t>Sept/2020</w:t>
      </w:r>
      <w:r>
        <w:t>] – Present</w:t>
      </w:r>
      <w:r>
        <w:br/>
        <w:t>• Provide daily support and compassionate care to individuals with diverse needs.</w:t>
      </w:r>
      <w:r>
        <w:br/>
        <w:t>• Assist with mobility, personal hygiene, meal preparation, and medication reminders.</w:t>
      </w:r>
      <w:r>
        <w:br/>
        <w:t>• Foster a safe and positive environment, encouraging independence.</w:t>
      </w:r>
      <w:r>
        <w:br/>
        <w:t>• Collaborate with healthcare professionals and family members to meet client needs.</w:t>
      </w:r>
    </w:p>
    <w:p w14:paraId="5D5ED87A" w14:textId="77777777" w:rsidR="00FF7744" w:rsidRDefault="005727A4">
      <w:pPr>
        <w:pStyle w:val="Heading1"/>
      </w:pPr>
      <w:r>
        <w:t>Certifications</w:t>
      </w:r>
    </w:p>
    <w:p w14:paraId="1AA399A3" w14:textId="5C7033DB" w:rsidR="00FF7744" w:rsidRDefault="005727A4">
      <w:r>
        <w:t>• First Aid &amp; CPR (valid until [</w:t>
      </w:r>
      <w:r w:rsidR="002476D2">
        <w:t>2028</w:t>
      </w:r>
      <w:r>
        <w:t>]</w:t>
      </w:r>
    </w:p>
    <w:p w14:paraId="1149C97A" w14:textId="77777777" w:rsidR="00FF7744" w:rsidRDefault="005727A4">
      <w:r>
        <w:t>• Crisis Prevention and Intervention (if applicable)</w:t>
      </w:r>
    </w:p>
    <w:p w14:paraId="56C2F6D4" w14:textId="77777777" w:rsidR="00FF7744" w:rsidRDefault="005727A4">
      <w:r>
        <w:t>• WHMIS / Other workplace safety training</w:t>
      </w:r>
    </w:p>
    <w:p w14:paraId="108414FC" w14:textId="77777777" w:rsidR="00FF7744" w:rsidRDefault="005727A4">
      <w:pPr>
        <w:pStyle w:val="Heading1"/>
      </w:pPr>
      <w:r>
        <w:t>References</w:t>
      </w:r>
    </w:p>
    <w:p w14:paraId="3625C597" w14:textId="77777777" w:rsidR="00FF7744" w:rsidRDefault="005727A4">
      <w:r>
        <w:t>Available upon request</w:t>
      </w:r>
    </w:p>
    <w:sectPr w:rsidR="00FF774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0954862">
    <w:abstractNumId w:val="8"/>
  </w:num>
  <w:num w:numId="2" w16cid:durableId="979072895">
    <w:abstractNumId w:val="6"/>
  </w:num>
  <w:num w:numId="3" w16cid:durableId="1733387516">
    <w:abstractNumId w:val="5"/>
  </w:num>
  <w:num w:numId="4" w16cid:durableId="294141811">
    <w:abstractNumId w:val="4"/>
  </w:num>
  <w:num w:numId="5" w16cid:durableId="1526360736">
    <w:abstractNumId w:val="7"/>
  </w:num>
  <w:num w:numId="6" w16cid:durableId="129901941">
    <w:abstractNumId w:val="3"/>
  </w:num>
  <w:num w:numId="7" w16cid:durableId="563024500">
    <w:abstractNumId w:val="2"/>
  </w:num>
  <w:num w:numId="8" w16cid:durableId="58944152">
    <w:abstractNumId w:val="1"/>
  </w:num>
  <w:num w:numId="9" w16cid:durableId="1959557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200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C3EE7"/>
    <w:rsid w:val="001F29BA"/>
    <w:rsid w:val="002476D2"/>
    <w:rsid w:val="0029639D"/>
    <w:rsid w:val="00326F90"/>
    <w:rsid w:val="004D6DC4"/>
    <w:rsid w:val="005727A4"/>
    <w:rsid w:val="00922DEE"/>
    <w:rsid w:val="009311DA"/>
    <w:rsid w:val="009B7EAF"/>
    <w:rsid w:val="00AA1D8D"/>
    <w:rsid w:val="00AC7D24"/>
    <w:rsid w:val="00B47730"/>
    <w:rsid w:val="00CB0664"/>
    <w:rsid w:val="00D75F4F"/>
    <w:rsid w:val="00ED7801"/>
    <w:rsid w:val="00F50003"/>
    <w:rsid w:val="00FC693F"/>
    <w:rsid w:val="00FF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B807A1"/>
  <w14:defaultImageDpi w14:val="300"/>
  <w15:docId w15:val="{0C19D636-7045-C54B-9A74-C26FAAF45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2215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Vickie Ademola</cp:lastModifiedBy>
  <cp:revision>11</cp:revision>
  <dcterms:created xsi:type="dcterms:W3CDTF">2013-12-23T23:15:00Z</dcterms:created>
  <dcterms:modified xsi:type="dcterms:W3CDTF">2025-10-29T19:48:00Z</dcterms:modified>
  <cp:category/>
</cp:coreProperties>
</file>