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619C8" w14:textId="77777777" w:rsidR="002F3EDB" w:rsidRDefault="00910FB9">
      <w:pPr>
        <w:pStyle w:val="Title"/>
        <w:jc w:val="center"/>
      </w:pPr>
      <w:r>
        <w:t>GURPREET KAUR</w:t>
      </w:r>
    </w:p>
    <w:p w14:paraId="1E87B346" w14:textId="1783DF2D" w:rsidR="002F3EDB" w:rsidRDefault="00910FB9">
      <w:pPr>
        <w:jc w:val="center"/>
      </w:pPr>
      <w:r>
        <w:t xml:space="preserve"> | Phone: </w:t>
      </w:r>
      <w:r w:rsidR="00161405">
        <w:t>+1(437)</w:t>
      </w:r>
      <w:r w:rsidR="003C0249">
        <w:t>422-0513</w:t>
      </w:r>
      <w:r>
        <w:t xml:space="preserve"> | Email: </w:t>
      </w:r>
      <w:hyperlink r:id="rId6" w:history="1">
        <w:r w:rsidR="008E45F9" w:rsidRPr="00AE719A">
          <w:rPr>
            <w:rStyle w:val="Hyperlink"/>
          </w:rPr>
          <w:t>preetbhatia2001@gmail.com</w:t>
        </w:r>
      </w:hyperlink>
      <w:r w:rsidR="008E45F9">
        <w:t xml:space="preserve"> |</w:t>
      </w:r>
    </w:p>
    <w:p w14:paraId="56F53EF3" w14:textId="77777777" w:rsidR="002F3EDB" w:rsidRDefault="00910FB9">
      <w:r>
        <w:t xml:space="preserve"> </w:t>
      </w:r>
    </w:p>
    <w:p w14:paraId="197CC4CD" w14:textId="77777777" w:rsidR="002F3EDB" w:rsidRDefault="00910FB9">
      <w:pPr>
        <w:pStyle w:val="Heading1"/>
      </w:pPr>
      <w:r>
        <w:t>Professional Summary</w:t>
      </w:r>
    </w:p>
    <w:p w14:paraId="62969BC0" w14:textId="21BB23FC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 xml:space="preserve">Dedicated Personal Support Worker with a Bachelor of Science in Nursing (India) and hands-on experience in community, long-term care, and home-care settings. Skilled in </w:t>
      </w:r>
      <w:r w:rsidR="001E1AC0" w:rsidRPr="00655F86">
        <w:rPr>
          <w:sz w:val="24"/>
          <w:szCs w:val="24"/>
        </w:rPr>
        <w:t>person-centered</w:t>
      </w:r>
      <w:r w:rsidRPr="00655F86">
        <w:rPr>
          <w:sz w:val="24"/>
          <w:szCs w:val="24"/>
        </w:rPr>
        <w:t xml:space="preserve"> care, mobility </w:t>
      </w:r>
      <w:r w:rsidR="00325997" w:rsidRPr="00655F86">
        <w:rPr>
          <w:sz w:val="24"/>
          <w:szCs w:val="24"/>
        </w:rPr>
        <w:t>aid</w:t>
      </w:r>
      <w:r w:rsidRPr="00655F86">
        <w:rPr>
          <w:sz w:val="24"/>
          <w:szCs w:val="24"/>
        </w:rPr>
        <w:t xml:space="preserve">, dementia support, feeding </w:t>
      </w:r>
      <w:r w:rsidR="00325997" w:rsidRPr="00655F86">
        <w:rPr>
          <w:sz w:val="24"/>
          <w:szCs w:val="24"/>
        </w:rPr>
        <w:t>aid</w:t>
      </w:r>
      <w:r w:rsidRPr="00655F86">
        <w:rPr>
          <w:sz w:val="24"/>
          <w:szCs w:val="24"/>
        </w:rPr>
        <w:t xml:space="preserve">, and </w:t>
      </w:r>
      <w:r w:rsidR="001E1AC0" w:rsidRPr="00655F86">
        <w:rPr>
          <w:sz w:val="24"/>
          <w:szCs w:val="24"/>
        </w:rPr>
        <w:t>supporting</w:t>
      </w:r>
      <w:r w:rsidRPr="00655F86">
        <w:rPr>
          <w:sz w:val="24"/>
          <w:szCs w:val="24"/>
        </w:rPr>
        <w:t xml:space="preserve"> client safety and dignity. Strong communicator with excellent teamwork abilities.</w:t>
      </w:r>
    </w:p>
    <w:p w14:paraId="46E20631" w14:textId="77777777" w:rsidR="002F3EDB" w:rsidRDefault="00910FB9">
      <w:pPr>
        <w:pStyle w:val="Heading1"/>
      </w:pPr>
      <w:r>
        <w:t>Key Skills &amp; Competencies</w:t>
      </w:r>
    </w:p>
    <w:p w14:paraId="68145FCA" w14:textId="77777777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>• Personal Care (ADLs, hygiene, grooming, toileting)</w:t>
      </w:r>
    </w:p>
    <w:p w14:paraId="70ABA7FD" w14:textId="77777777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>• Safe transferring, lifts, mobility support</w:t>
      </w:r>
    </w:p>
    <w:p w14:paraId="04588C6D" w14:textId="77777777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>• Dementia &amp; Alzheimer’s care</w:t>
      </w:r>
    </w:p>
    <w:p w14:paraId="540FDA48" w14:textId="77777777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>• Palliative &amp; end-of-life support</w:t>
      </w:r>
    </w:p>
    <w:p w14:paraId="7F35EE32" w14:textId="77777777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 xml:space="preserve">• Vital signs </w:t>
      </w:r>
      <w:bookmarkStart w:id="0" w:name="_Int_FcCNxTMB"/>
      <w:r w:rsidRPr="00655F86">
        <w:rPr>
          <w:sz w:val="24"/>
          <w:szCs w:val="24"/>
        </w:rPr>
        <w:t>monitoring</w:t>
      </w:r>
      <w:bookmarkEnd w:id="0"/>
      <w:r w:rsidRPr="00655F86">
        <w:rPr>
          <w:sz w:val="24"/>
          <w:szCs w:val="24"/>
        </w:rPr>
        <w:t xml:space="preserve"> &amp; basic clinical knowledge</w:t>
      </w:r>
    </w:p>
    <w:p w14:paraId="52FFDF89" w14:textId="77777777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>• IPAC, WHMIS &amp; safety compliance</w:t>
      </w:r>
    </w:p>
    <w:p w14:paraId="3D2F6FD9" w14:textId="77777777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>• Charting, documentation &amp; reporting</w:t>
      </w:r>
    </w:p>
    <w:p w14:paraId="5FE2B2F1" w14:textId="77777777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>• Communication, teamwork &amp; cultural sensitivity</w:t>
      </w:r>
    </w:p>
    <w:p w14:paraId="16F7C2F6" w14:textId="77777777" w:rsidR="002F3EDB" w:rsidRDefault="00910FB9">
      <w:pPr>
        <w:pStyle w:val="Heading1"/>
      </w:pPr>
      <w:r>
        <w:t>Professional Experience</w:t>
      </w:r>
    </w:p>
    <w:p w14:paraId="39FF1110" w14:textId="77FDA57E" w:rsidR="002F3EDB" w:rsidRDefault="00910FB9">
      <w:pPr>
        <w:pStyle w:val="Heading2"/>
      </w:pPr>
      <w:r>
        <w:t xml:space="preserve">Personal Support Worker – </w:t>
      </w:r>
      <w:r w:rsidR="00A84345">
        <w:t>Well brook</w:t>
      </w:r>
      <w:r>
        <w:t xml:space="preserve"> Community Centre, </w:t>
      </w:r>
      <w:r w:rsidR="00A84345">
        <w:t xml:space="preserve">Mississauga </w:t>
      </w:r>
      <w:r>
        <w:t>O</w:t>
      </w:r>
      <w:r w:rsidR="00A84345">
        <w:t>N</w:t>
      </w:r>
      <w:r>
        <w:t xml:space="preserve"> (2025)</w:t>
      </w:r>
    </w:p>
    <w:p w14:paraId="093E6769" w14:textId="77777777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 xml:space="preserve">• </w:t>
      </w:r>
      <w:bookmarkStart w:id="1" w:name="_Int_aZ84GIwY"/>
      <w:r w:rsidRPr="00655F86">
        <w:rPr>
          <w:sz w:val="24"/>
          <w:szCs w:val="24"/>
        </w:rPr>
        <w:t>Assisted</w:t>
      </w:r>
      <w:bookmarkEnd w:id="1"/>
      <w:r w:rsidRPr="00655F86">
        <w:rPr>
          <w:sz w:val="24"/>
          <w:szCs w:val="24"/>
        </w:rPr>
        <w:t xml:space="preserve"> clients with personal hygiene, mobility, toileting, feeding, and ADLs.</w:t>
      </w:r>
    </w:p>
    <w:p w14:paraId="3A11DD65" w14:textId="77777777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>• Engaged clients in recreational and therapeutic activities to enhance well-being.</w:t>
      </w:r>
    </w:p>
    <w:p w14:paraId="5A6732A6" w14:textId="77777777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 xml:space="preserve">• </w:t>
      </w:r>
      <w:bookmarkStart w:id="2" w:name="_Int_KYTGfrdF"/>
      <w:r w:rsidRPr="00655F86">
        <w:rPr>
          <w:sz w:val="24"/>
          <w:szCs w:val="24"/>
        </w:rPr>
        <w:t>Observed</w:t>
      </w:r>
      <w:bookmarkEnd w:id="2"/>
      <w:r w:rsidRPr="00655F86">
        <w:rPr>
          <w:sz w:val="24"/>
          <w:szCs w:val="24"/>
        </w:rPr>
        <w:t xml:space="preserve"> and reported changes in physical or cognitive status.</w:t>
      </w:r>
    </w:p>
    <w:p w14:paraId="440EE4AB" w14:textId="77777777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 xml:space="preserve">• Followed strict IPAC protocols and </w:t>
      </w:r>
      <w:bookmarkStart w:id="3" w:name="_Int_LRZonXPS"/>
      <w:r w:rsidRPr="00655F86">
        <w:rPr>
          <w:sz w:val="24"/>
          <w:szCs w:val="24"/>
        </w:rPr>
        <w:t>maintained</w:t>
      </w:r>
      <w:bookmarkEnd w:id="3"/>
      <w:r w:rsidRPr="00655F86">
        <w:rPr>
          <w:sz w:val="24"/>
          <w:szCs w:val="24"/>
        </w:rPr>
        <w:t xml:space="preserve"> a safe environment.</w:t>
      </w:r>
    </w:p>
    <w:p w14:paraId="0A675036" w14:textId="77777777" w:rsidR="002F3EDB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>• Provided emotional support while ensuring dignity and respect.</w:t>
      </w:r>
    </w:p>
    <w:p w14:paraId="23E2333C" w14:textId="77777777" w:rsidR="00A67042" w:rsidRPr="00655F86" w:rsidRDefault="00A67042">
      <w:pPr>
        <w:rPr>
          <w:sz w:val="24"/>
          <w:szCs w:val="24"/>
        </w:rPr>
      </w:pPr>
    </w:p>
    <w:p w14:paraId="63F2A1ED" w14:textId="48A54450" w:rsidR="00A67042" w:rsidRPr="002D2476" w:rsidRDefault="002D2476" w:rsidP="002D2476">
      <w:pPr>
        <w:keepNext/>
        <w:keepLines/>
        <w:spacing w:before="200" w:after="0"/>
        <w:outlineLvl w:val="1"/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 w:rsidRPr="002D2476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 xml:space="preserve">Personal Support Worker – </w:t>
      </w:r>
      <w:r w:rsidR="00B25D25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>Erin Mills Lodge Term</w:t>
      </w:r>
      <w:r w:rsidR="00DF48B3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 xml:space="preserve"> Care</w:t>
      </w:r>
      <w:r w:rsidRPr="002D2476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 xml:space="preserve">, </w:t>
      </w:r>
      <w:r w:rsidR="00DF48B3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 xml:space="preserve">Mississauga </w:t>
      </w:r>
      <w:r w:rsidRPr="002D2476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>ON (2024–2025)</w:t>
      </w:r>
    </w:p>
    <w:p w14:paraId="60AFC442" w14:textId="77777777" w:rsidR="00B30755" w:rsidRDefault="00B30755">
      <w:pPr>
        <w:pStyle w:val="p1"/>
        <w:rPr>
          <w:rStyle w:val="s1"/>
          <w:rFonts w:asciiTheme="minorHAnsi" w:hAnsiTheme="minorHAnsi"/>
          <w:sz w:val="24"/>
          <w:szCs w:val="24"/>
        </w:rPr>
      </w:pPr>
      <w:r w:rsidRPr="00453C64">
        <w:rPr>
          <w:rStyle w:val="s1"/>
          <w:rFonts w:asciiTheme="minorHAnsi" w:hAnsiTheme="minorHAnsi"/>
          <w:sz w:val="24"/>
          <w:szCs w:val="24"/>
        </w:rPr>
        <w:t>- Carried out basic cleaning duties to ensure client’s surroundings remained clean.</w:t>
      </w:r>
    </w:p>
    <w:p w14:paraId="66E78D13" w14:textId="77777777" w:rsidR="00A67042" w:rsidRPr="00453C64" w:rsidRDefault="00A67042">
      <w:pPr>
        <w:pStyle w:val="p1"/>
        <w:rPr>
          <w:rFonts w:asciiTheme="minorHAnsi" w:hAnsiTheme="minorHAnsi"/>
          <w:sz w:val="24"/>
          <w:szCs w:val="24"/>
        </w:rPr>
      </w:pPr>
    </w:p>
    <w:p w14:paraId="52090E23" w14:textId="77777777" w:rsidR="00B30755" w:rsidRDefault="00B30755">
      <w:pPr>
        <w:pStyle w:val="p1"/>
        <w:rPr>
          <w:rStyle w:val="s1"/>
          <w:rFonts w:asciiTheme="minorHAnsi" w:hAnsiTheme="minorHAnsi"/>
          <w:sz w:val="24"/>
          <w:szCs w:val="24"/>
        </w:rPr>
      </w:pPr>
      <w:r w:rsidRPr="00453C64">
        <w:rPr>
          <w:rStyle w:val="s1"/>
          <w:rFonts w:asciiTheme="minorHAnsi" w:hAnsiTheme="minorHAnsi"/>
          <w:sz w:val="24"/>
          <w:szCs w:val="24"/>
        </w:rPr>
        <w:t>- Helped clients with mobility limitations to move from their beds onto wheelchairs.</w:t>
      </w:r>
    </w:p>
    <w:p w14:paraId="0363C5ED" w14:textId="77777777" w:rsidR="00A67042" w:rsidRPr="00453C64" w:rsidRDefault="00A67042">
      <w:pPr>
        <w:pStyle w:val="p1"/>
        <w:rPr>
          <w:rFonts w:asciiTheme="minorHAnsi" w:hAnsiTheme="minorHAnsi"/>
          <w:sz w:val="24"/>
          <w:szCs w:val="24"/>
        </w:rPr>
      </w:pPr>
    </w:p>
    <w:p w14:paraId="40703FB6" w14:textId="181FA3E2" w:rsidR="00B30755" w:rsidRDefault="00B30755">
      <w:pPr>
        <w:pStyle w:val="p1"/>
        <w:rPr>
          <w:rStyle w:val="s1"/>
          <w:rFonts w:asciiTheme="minorHAnsi" w:hAnsiTheme="minorHAnsi"/>
          <w:sz w:val="24"/>
          <w:szCs w:val="24"/>
        </w:rPr>
      </w:pPr>
      <w:r w:rsidRPr="00453C64">
        <w:rPr>
          <w:rStyle w:val="s1"/>
          <w:rFonts w:asciiTheme="minorHAnsi" w:hAnsiTheme="minorHAnsi"/>
          <w:sz w:val="24"/>
          <w:szCs w:val="24"/>
        </w:rPr>
        <w:t xml:space="preserve">- The caregiver set up client appointments, organized transportation </w:t>
      </w:r>
      <w:r w:rsidR="00655F86" w:rsidRPr="00453C64">
        <w:rPr>
          <w:rStyle w:val="s1"/>
          <w:rFonts w:asciiTheme="minorHAnsi" w:hAnsiTheme="minorHAnsi"/>
          <w:sz w:val="24"/>
          <w:szCs w:val="24"/>
        </w:rPr>
        <w:t>solutions,</w:t>
      </w:r>
      <w:r w:rsidRPr="00453C64">
        <w:rPr>
          <w:rStyle w:val="s1"/>
          <w:rFonts w:asciiTheme="minorHAnsi" w:hAnsiTheme="minorHAnsi"/>
          <w:sz w:val="24"/>
          <w:szCs w:val="24"/>
        </w:rPr>
        <w:t xml:space="preserve"> and sent follow-up reminders to patients.</w:t>
      </w:r>
    </w:p>
    <w:p w14:paraId="3BB5EA11" w14:textId="77777777" w:rsidR="00A67042" w:rsidRPr="00453C64" w:rsidRDefault="00A67042">
      <w:pPr>
        <w:pStyle w:val="p1"/>
        <w:rPr>
          <w:rFonts w:asciiTheme="minorHAnsi" w:hAnsiTheme="minorHAnsi"/>
          <w:sz w:val="24"/>
          <w:szCs w:val="24"/>
        </w:rPr>
      </w:pPr>
    </w:p>
    <w:p w14:paraId="2D4911A5" w14:textId="77777777" w:rsidR="00B30755" w:rsidRDefault="00B30755">
      <w:pPr>
        <w:pStyle w:val="p1"/>
        <w:rPr>
          <w:rStyle w:val="s1"/>
          <w:rFonts w:asciiTheme="minorHAnsi" w:hAnsiTheme="minorHAnsi"/>
          <w:sz w:val="24"/>
          <w:szCs w:val="24"/>
        </w:rPr>
      </w:pPr>
      <w:r w:rsidRPr="00453C64">
        <w:rPr>
          <w:rStyle w:val="s1"/>
          <w:rFonts w:asciiTheme="minorHAnsi" w:hAnsiTheme="minorHAnsi"/>
          <w:sz w:val="24"/>
          <w:szCs w:val="24"/>
        </w:rPr>
        <w:t>- Developed strong client relationships with compassionate care and high-quality service delivery.</w:t>
      </w:r>
    </w:p>
    <w:p w14:paraId="7F296A12" w14:textId="77777777" w:rsidR="00A67042" w:rsidRPr="00453C64" w:rsidRDefault="00A67042">
      <w:pPr>
        <w:pStyle w:val="p1"/>
        <w:rPr>
          <w:rFonts w:asciiTheme="minorHAnsi" w:hAnsiTheme="minorHAnsi"/>
          <w:sz w:val="24"/>
          <w:szCs w:val="24"/>
        </w:rPr>
      </w:pPr>
    </w:p>
    <w:p w14:paraId="6736A953" w14:textId="77777777" w:rsidR="00B30755" w:rsidRDefault="00B30755">
      <w:pPr>
        <w:pStyle w:val="p1"/>
        <w:rPr>
          <w:rStyle w:val="s1"/>
          <w:rFonts w:asciiTheme="minorHAnsi" w:hAnsiTheme="minorHAnsi"/>
          <w:sz w:val="24"/>
          <w:szCs w:val="24"/>
        </w:rPr>
      </w:pPr>
      <w:r w:rsidRPr="00453C64">
        <w:rPr>
          <w:rStyle w:val="s1"/>
          <w:rFonts w:asciiTheme="minorHAnsi" w:hAnsiTheme="minorHAnsi"/>
          <w:sz w:val="24"/>
          <w:szCs w:val="24"/>
        </w:rPr>
        <w:t>- Client healthcare monitoring involved checking both physical and mental health statuses and reporting any changes.</w:t>
      </w:r>
    </w:p>
    <w:p w14:paraId="420151F2" w14:textId="77777777" w:rsidR="00A67042" w:rsidRPr="00453C64" w:rsidRDefault="00A67042">
      <w:pPr>
        <w:pStyle w:val="p1"/>
        <w:rPr>
          <w:rFonts w:asciiTheme="minorHAnsi" w:hAnsiTheme="minorHAnsi"/>
          <w:sz w:val="24"/>
          <w:szCs w:val="24"/>
        </w:rPr>
      </w:pPr>
    </w:p>
    <w:p w14:paraId="370AD2CF" w14:textId="77777777" w:rsidR="00B30755" w:rsidRPr="00453C64" w:rsidRDefault="00B30755">
      <w:pPr>
        <w:pStyle w:val="p1"/>
        <w:rPr>
          <w:rFonts w:asciiTheme="minorHAnsi" w:hAnsiTheme="minorHAnsi"/>
          <w:sz w:val="24"/>
          <w:szCs w:val="24"/>
        </w:rPr>
      </w:pPr>
      <w:r w:rsidRPr="00453C64">
        <w:rPr>
          <w:rStyle w:val="s1"/>
          <w:rFonts w:asciiTheme="minorHAnsi" w:hAnsiTheme="minorHAnsi"/>
          <w:sz w:val="24"/>
          <w:szCs w:val="24"/>
        </w:rPr>
        <w:t>- Offered companionship through meaningful conversations alongside leisure activities.</w:t>
      </w:r>
    </w:p>
    <w:p w14:paraId="78006682" w14:textId="77777777" w:rsidR="002D2476" w:rsidRPr="00B30755" w:rsidRDefault="002D2476">
      <w:pPr>
        <w:pStyle w:val="Heading2"/>
        <w:rPr>
          <w:b w:val="0"/>
          <w:bCs w:val="0"/>
        </w:rPr>
      </w:pPr>
    </w:p>
    <w:p w14:paraId="647F8181" w14:textId="77777777" w:rsidR="002D2476" w:rsidRDefault="002D2476">
      <w:pPr>
        <w:pStyle w:val="Heading2"/>
      </w:pPr>
    </w:p>
    <w:p w14:paraId="387CE429" w14:textId="285C7180" w:rsidR="002F3EDB" w:rsidRDefault="00910FB9">
      <w:pPr>
        <w:pStyle w:val="Heading2"/>
      </w:pPr>
      <w:r>
        <w:t xml:space="preserve">Personal Support Worker – </w:t>
      </w:r>
      <w:r w:rsidR="00462CF1">
        <w:t xml:space="preserve">Fairview Nursing </w:t>
      </w:r>
      <w:r w:rsidR="009E3EE7">
        <w:t>Home,</w:t>
      </w:r>
      <w:r>
        <w:t xml:space="preserve"> Toronto</w:t>
      </w:r>
      <w:r w:rsidR="009E3EE7">
        <w:t xml:space="preserve"> ON</w:t>
      </w:r>
      <w:r>
        <w:t xml:space="preserve"> (202</w:t>
      </w:r>
      <w:r w:rsidR="006E2A44">
        <w:t>3</w:t>
      </w:r>
      <w:r>
        <w:t>–202</w:t>
      </w:r>
      <w:r w:rsidR="006E2A44">
        <w:t>4</w:t>
      </w:r>
      <w:r>
        <w:t>)</w:t>
      </w:r>
    </w:p>
    <w:p w14:paraId="2A49C9BE" w14:textId="77777777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>• Provided individualized care including meal preparation, medication reminders, and companionship.</w:t>
      </w:r>
    </w:p>
    <w:p w14:paraId="6BCD577C" w14:textId="77777777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>• Supported mobility, fall prevention, and safe use of assistive devices.</w:t>
      </w:r>
    </w:p>
    <w:p w14:paraId="3FA22B9B" w14:textId="77777777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 xml:space="preserve">• Promoted independence while </w:t>
      </w:r>
      <w:bookmarkStart w:id="4" w:name="_Int_0vng81Yb"/>
      <w:r w:rsidRPr="00655F86">
        <w:rPr>
          <w:sz w:val="24"/>
          <w:szCs w:val="24"/>
        </w:rPr>
        <w:t>maintaining</w:t>
      </w:r>
      <w:bookmarkEnd w:id="4"/>
      <w:r w:rsidRPr="00655F86">
        <w:rPr>
          <w:sz w:val="24"/>
          <w:szCs w:val="24"/>
        </w:rPr>
        <w:t xml:space="preserve"> client comfort and safety.</w:t>
      </w:r>
    </w:p>
    <w:p w14:paraId="4B6FA104" w14:textId="446F7AA4" w:rsidR="002F3EDB" w:rsidRDefault="00910FB9">
      <w:pPr>
        <w:pStyle w:val="Heading2"/>
      </w:pPr>
      <w:r>
        <w:t xml:space="preserve">Staff Nurse – </w:t>
      </w:r>
      <w:r w:rsidR="001E1AC0">
        <w:t xml:space="preserve">Government </w:t>
      </w:r>
      <w:r w:rsidR="00A84345">
        <w:t>Hospital,</w:t>
      </w:r>
      <w:r>
        <w:t xml:space="preserve"> India (2021–202</w:t>
      </w:r>
      <w:r w:rsidR="003216D3">
        <w:t>2</w:t>
      </w:r>
      <w:r>
        <w:t>)</w:t>
      </w:r>
    </w:p>
    <w:p w14:paraId="1480E9C7" w14:textId="77777777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 xml:space="preserve">• </w:t>
      </w:r>
      <w:bookmarkStart w:id="5" w:name="_Int_Ea0m1WbQ"/>
      <w:r w:rsidRPr="00655F86">
        <w:rPr>
          <w:sz w:val="24"/>
          <w:szCs w:val="24"/>
        </w:rPr>
        <w:t>Monitored</w:t>
      </w:r>
      <w:bookmarkEnd w:id="5"/>
      <w:r w:rsidRPr="00655F86">
        <w:rPr>
          <w:sz w:val="24"/>
          <w:szCs w:val="24"/>
        </w:rPr>
        <w:t xml:space="preserve"> vital signs, administered medications, and supported wound care.</w:t>
      </w:r>
    </w:p>
    <w:p w14:paraId="30952A2C" w14:textId="77777777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 xml:space="preserve">• </w:t>
      </w:r>
      <w:bookmarkStart w:id="6" w:name="_Int_DmgxD5yV"/>
      <w:r w:rsidRPr="00655F86">
        <w:rPr>
          <w:sz w:val="24"/>
          <w:szCs w:val="24"/>
        </w:rPr>
        <w:t>Assisted</w:t>
      </w:r>
      <w:bookmarkEnd w:id="6"/>
      <w:r w:rsidRPr="00655F86">
        <w:rPr>
          <w:sz w:val="24"/>
          <w:szCs w:val="24"/>
        </w:rPr>
        <w:t xml:space="preserve"> with mobility, ADLs, and patient comfort measures.</w:t>
      </w:r>
    </w:p>
    <w:p w14:paraId="657F9A45" w14:textId="77777777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>• Collaborated with healthcare teams to deliver holistic care.</w:t>
      </w:r>
    </w:p>
    <w:p w14:paraId="6B4E436C" w14:textId="77777777" w:rsidR="002F3EDB" w:rsidRDefault="00910FB9">
      <w:pPr>
        <w:pStyle w:val="Heading1"/>
      </w:pPr>
      <w:r>
        <w:t>Certifications</w:t>
      </w:r>
    </w:p>
    <w:p w14:paraId="347D77D4" w14:textId="2BB834D2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 xml:space="preserve">• </w:t>
      </w:r>
      <w:proofErr w:type="spellStart"/>
      <w:r w:rsidRPr="00655F86">
        <w:rPr>
          <w:sz w:val="24"/>
          <w:szCs w:val="24"/>
        </w:rPr>
        <w:t>BSc</w:t>
      </w:r>
      <w:proofErr w:type="spellEnd"/>
      <w:r w:rsidR="00A0533C" w:rsidRPr="00655F86">
        <w:rPr>
          <w:sz w:val="24"/>
          <w:szCs w:val="24"/>
        </w:rPr>
        <w:t xml:space="preserve"> </w:t>
      </w:r>
      <w:r w:rsidRPr="00655F86">
        <w:rPr>
          <w:sz w:val="24"/>
          <w:szCs w:val="24"/>
        </w:rPr>
        <w:t>Nursing – India</w:t>
      </w:r>
      <w:r w:rsidR="00D83F0A" w:rsidRPr="00655F86">
        <w:rPr>
          <w:sz w:val="24"/>
          <w:szCs w:val="24"/>
        </w:rPr>
        <w:t xml:space="preserve"> (DEGREE)</w:t>
      </w:r>
    </w:p>
    <w:p w14:paraId="4C6AC194" w14:textId="77777777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>• Personal Support Worker Certificate – Humber College</w:t>
      </w:r>
    </w:p>
    <w:p w14:paraId="36912222" w14:textId="24F0228E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 xml:space="preserve">• CPR &amp; First Aid </w:t>
      </w:r>
    </w:p>
    <w:p w14:paraId="78D7443F" w14:textId="77777777" w:rsidR="002F3EDB" w:rsidRPr="00655F86" w:rsidRDefault="00910FB9">
      <w:pPr>
        <w:rPr>
          <w:sz w:val="24"/>
          <w:szCs w:val="24"/>
        </w:rPr>
      </w:pPr>
      <w:r w:rsidRPr="00655F86">
        <w:rPr>
          <w:sz w:val="24"/>
          <w:szCs w:val="24"/>
        </w:rPr>
        <w:t>• WHMIS</w:t>
      </w:r>
    </w:p>
    <w:p w14:paraId="0FEEFE02" w14:textId="067AB84F" w:rsidR="00302949" w:rsidRPr="00655F86" w:rsidRDefault="00910FB9" w:rsidP="00302949">
      <w:pPr>
        <w:rPr>
          <w:sz w:val="24"/>
          <w:szCs w:val="24"/>
        </w:rPr>
      </w:pPr>
      <w:r w:rsidRPr="00655F86">
        <w:rPr>
          <w:sz w:val="24"/>
          <w:szCs w:val="24"/>
        </w:rPr>
        <w:t>• Vulnerable Sector Check</w:t>
      </w:r>
    </w:p>
    <w:p w14:paraId="4E86B3F0" w14:textId="77777777" w:rsidR="002F3EDB" w:rsidRDefault="00910FB9">
      <w:pPr>
        <w:pStyle w:val="Heading1"/>
      </w:pPr>
      <w:r>
        <w:t>Languages</w:t>
      </w:r>
    </w:p>
    <w:p w14:paraId="5FCAEC75" w14:textId="1E3FC702" w:rsidR="002F3EDB" w:rsidRDefault="00910FB9">
      <w:r>
        <w:t>• English • Punjabi • Hindi</w:t>
      </w:r>
    </w:p>
    <w:sectPr w:rsidR="002F3ED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FcCNxTMB" int2:invalidationBookmarkName="" int2:hashCode="wauZJOzaG+r4u6" int2:id="HsHGu6Qa">
      <int2:state int2:value="Rejected" int2:type="style"/>
    </int2:bookmark>
    <int2:bookmark int2:bookmarkName="_Int_aZ84GIwY" int2:invalidationBookmarkName="" int2:hashCode="7mQ7KpKO7GQ5+k" int2:id="IWtkpiJr">
      <int2:state int2:value="Rejected" int2:type="style"/>
    </int2:bookmark>
    <int2:bookmark int2:bookmarkName="_Int_KYTGfrdF" int2:invalidationBookmarkName="" int2:hashCode="LhWbRDjSSzuZeD" int2:id="7wW1eGaO">
      <int2:state int2:value="Rejected" int2:type="style"/>
    </int2:bookmark>
    <int2:bookmark int2:bookmarkName="_Int_LRZonXPS" int2:invalidationBookmarkName="" int2:hashCode="tnsYK9K0bgIv58" int2:id="quMJ4dst">
      <int2:state int2:value="Rejected" int2:type="style"/>
    </int2:bookmark>
    <int2:bookmark int2:bookmarkName="_Int_0vng81Yb" int2:invalidationBookmarkName="" int2:hashCode="051uur3qTsy1Ie" int2:id="kL82QCBV">
      <int2:state int2:value="Rejected" int2:type="style"/>
    </int2:bookmark>
    <int2:bookmark int2:bookmarkName="_Int_Ea0m1WbQ" int2:invalidationBookmarkName="" int2:hashCode="8yJ3m6+c89xbrh" int2:id="xonB8OtZ">
      <int2:state int2:value="Rejected" int2:type="style"/>
    </int2:bookmark>
    <int2:bookmark int2:bookmarkName="_Int_DmgxD5yV" int2:invalidationBookmarkName="" int2:hashCode="7mQ7KpKO7GQ5+k" int2:id="UvE0ZNh1">
      <int2:state int2:value="Rejected" int2:type="styl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F62597B"/>
    <w:multiLevelType w:val="hybridMultilevel"/>
    <w:tmpl w:val="F8A6A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8317E4"/>
    <w:multiLevelType w:val="hybridMultilevel"/>
    <w:tmpl w:val="7F14A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2598677">
    <w:abstractNumId w:val="8"/>
  </w:num>
  <w:num w:numId="2" w16cid:durableId="1880124895">
    <w:abstractNumId w:val="6"/>
  </w:num>
  <w:num w:numId="3" w16cid:durableId="868295463">
    <w:abstractNumId w:val="5"/>
  </w:num>
  <w:num w:numId="4" w16cid:durableId="1983270455">
    <w:abstractNumId w:val="4"/>
  </w:num>
  <w:num w:numId="5" w16cid:durableId="449588860">
    <w:abstractNumId w:val="7"/>
  </w:num>
  <w:num w:numId="6" w16cid:durableId="730736092">
    <w:abstractNumId w:val="3"/>
  </w:num>
  <w:num w:numId="7" w16cid:durableId="760031365">
    <w:abstractNumId w:val="2"/>
  </w:num>
  <w:num w:numId="8" w16cid:durableId="1629621924">
    <w:abstractNumId w:val="1"/>
  </w:num>
  <w:num w:numId="9" w16cid:durableId="1996840667">
    <w:abstractNumId w:val="0"/>
  </w:num>
  <w:num w:numId="10" w16cid:durableId="187453083">
    <w:abstractNumId w:val="10"/>
  </w:num>
  <w:num w:numId="11" w16cid:durableId="1616981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61405"/>
    <w:rsid w:val="001E1AC0"/>
    <w:rsid w:val="0029639D"/>
    <w:rsid w:val="002D2476"/>
    <w:rsid w:val="002F3EDB"/>
    <w:rsid w:val="00302949"/>
    <w:rsid w:val="00315CC7"/>
    <w:rsid w:val="003216D3"/>
    <w:rsid w:val="00325997"/>
    <w:rsid w:val="00326F90"/>
    <w:rsid w:val="003C0249"/>
    <w:rsid w:val="00453C64"/>
    <w:rsid w:val="00462CF1"/>
    <w:rsid w:val="00655F86"/>
    <w:rsid w:val="006E2A44"/>
    <w:rsid w:val="008E45F9"/>
    <w:rsid w:val="00910FB9"/>
    <w:rsid w:val="009B264F"/>
    <w:rsid w:val="009D6FD5"/>
    <w:rsid w:val="009E3EE7"/>
    <w:rsid w:val="00A0533C"/>
    <w:rsid w:val="00A67042"/>
    <w:rsid w:val="00A84345"/>
    <w:rsid w:val="00AA1D8D"/>
    <w:rsid w:val="00B25D25"/>
    <w:rsid w:val="00B30755"/>
    <w:rsid w:val="00B47730"/>
    <w:rsid w:val="00B5538D"/>
    <w:rsid w:val="00C559AC"/>
    <w:rsid w:val="00C572D6"/>
    <w:rsid w:val="00CB0664"/>
    <w:rsid w:val="00D83F0A"/>
    <w:rsid w:val="00DF48B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49F1EE"/>
  <w14:defaultImageDpi w14:val="300"/>
  <w15:docId w15:val="{ABA27B35-CE4E-6741-A973-1CA179223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p1">
    <w:name w:val="p1"/>
    <w:basedOn w:val="Normal"/>
    <w:rsid w:val="00B30755"/>
    <w:pPr>
      <w:spacing w:after="0" w:line="240" w:lineRule="auto"/>
    </w:pPr>
    <w:rPr>
      <w:rFonts w:ascii="Helvetica" w:hAnsi="Helvetica" w:cs="Times New Roman"/>
      <w:color w:val="000000"/>
      <w:sz w:val="14"/>
      <w:szCs w:val="14"/>
      <w:lang w:val="en-CA"/>
    </w:rPr>
  </w:style>
  <w:style w:type="character" w:customStyle="1" w:styleId="s1">
    <w:name w:val="s1"/>
    <w:basedOn w:val="DefaultParagraphFont"/>
    <w:rsid w:val="00B30755"/>
    <w:rPr>
      <w:rFonts w:ascii="Helvetica" w:hAnsi="Helvetica" w:hint="default"/>
      <w:b w:val="0"/>
      <w:bCs w:val="0"/>
      <w:i w:val="0"/>
      <w:iCs w:val="0"/>
      <w:sz w:val="14"/>
      <w:szCs w:val="14"/>
    </w:rPr>
  </w:style>
  <w:style w:type="character" w:styleId="Hyperlink">
    <w:name w:val="Hyperlink"/>
    <w:basedOn w:val="DefaultParagraphFont"/>
    <w:uiPriority w:val="99"/>
    <w:unhideWhenUsed/>
    <w:rsid w:val="008E45F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45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reetbhatia2001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2748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preetbhatia2001@gmail.com</cp:lastModifiedBy>
  <cp:revision>25</cp:revision>
  <dcterms:created xsi:type="dcterms:W3CDTF">2025-12-18T02:34:00Z</dcterms:created>
  <dcterms:modified xsi:type="dcterms:W3CDTF">2025-12-18T03:13:00Z</dcterms:modified>
  <cp:category/>
</cp:coreProperties>
</file>