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Diksha Dhamija</w:t>
      </w:r>
    </w:p>
    <w:p>
      <w:r>
        <w:t>Brampton, ON</w:t>
      </w:r>
    </w:p>
    <w:p>
      <w:r>
        <w:t>Email: diksha00010@gmail.com | Phone: 705-910-2041</w:t>
      </w:r>
    </w:p>
    <w:p>
      <w:pPr>
        <w:pStyle w:val="Heading2"/>
      </w:pPr>
      <w:r>
        <w:t>Professional Summary</w:t>
      </w:r>
    </w:p>
    <w:p>
      <w:r>
        <w:t>Detail-oriented and reliable professional with experience across security operations, administration, dispatching, healthcare support, and scheduling. Proven ability to manage documentation, coordinate staff and driver schedules, support daily operations, and maintain compliance in fast-paced environments. Strong communication, organizational, and multitasking skills.</w:t>
      </w:r>
    </w:p>
    <w:p>
      <w:pPr>
        <w:pStyle w:val="Heading2"/>
      </w:pPr>
      <w:r>
        <w:t>Core Skills</w:t>
      </w:r>
    </w:p>
    <w:p>
      <w:pPr>
        <w:pStyle w:val="ListBullet"/>
      </w:pPr>
      <w:r>
        <w:t>Administrative &amp; Office Support</w:t>
      </w:r>
    </w:p>
    <w:p>
      <w:pPr>
        <w:pStyle w:val="ListBullet"/>
      </w:pPr>
      <w:r>
        <w:t>Dispatch &amp; Logistics Coordination</w:t>
      </w:r>
    </w:p>
    <w:p>
      <w:pPr>
        <w:pStyle w:val="ListBullet"/>
      </w:pPr>
      <w:r>
        <w:t>Scheduling &amp; Staff Coordination</w:t>
      </w:r>
    </w:p>
    <w:p>
      <w:pPr>
        <w:pStyle w:val="ListBullet"/>
      </w:pPr>
      <w:r>
        <w:t>Documentation &amp; Record Management</w:t>
      </w:r>
    </w:p>
    <w:p>
      <w:pPr>
        <w:pStyle w:val="ListBullet"/>
      </w:pPr>
      <w:r>
        <w:t>Client &amp; Employee Communication</w:t>
      </w:r>
    </w:p>
    <w:p>
      <w:pPr>
        <w:pStyle w:val="ListBullet"/>
      </w:pPr>
      <w:r>
        <w:t>Data Entry &amp; Reporting</w:t>
      </w:r>
    </w:p>
    <w:p>
      <w:pPr>
        <w:pStyle w:val="ListBullet"/>
      </w:pPr>
      <w:r>
        <w:t>Payroll &amp; Attendance Tracking</w:t>
      </w:r>
    </w:p>
    <w:p>
      <w:pPr>
        <w:pStyle w:val="ListBullet"/>
      </w:pPr>
      <w:r>
        <w:t>Healthcare &amp; Client Care Support</w:t>
      </w:r>
    </w:p>
    <w:p>
      <w:pPr>
        <w:pStyle w:val="ListBullet"/>
      </w:pPr>
      <w:r>
        <w:t>Compliance &amp; Safety Procedures</w:t>
      </w:r>
    </w:p>
    <w:p>
      <w:pPr>
        <w:pStyle w:val="ListBullet"/>
      </w:pPr>
      <w:r>
        <w:t>Time Management &amp; Multitasking</w:t>
      </w:r>
    </w:p>
    <w:p>
      <w:pPr>
        <w:pStyle w:val="ListBullet"/>
      </w:pPr>
      <w:r>
        <w:t>MS Word, Excel, Outlook, AlayaCare, Avaal, Expert</w:t>
      </w:r>
    </w:p>
    <w:p>
      <w:pPr>
        <w:pStyle w:val="Heading2"/>
      </w:pPr>
      <w:r>
        <w:t>Professional Experience</w:t>
      </w:r>
    </w:p>
    <w:p>
      <w:r>
        <w:t>Scheduler – Canes Community Care (Aug 2025 – Present)</w:t>
      </w:r>
    </w:p>
    <w:p>
      <w:pPr>
        <w:pStyle w:val="ListBullet"/>
      </w:pPr>
      <w:r>
        <w:t>Created and managed staff schedules to ensure adequate coverage.</w:t>
      </w:r>
    </w:p>
    <w:p>
      <w:pPr>
        <w:pStyle w:val="ListBullet"/>
      </w:pPr>
      <w:r>
        <w:t>Coordinated shift changes, call-ins, and replacements.</w:t>
      </w:r>
    </w:p>
    <w:p>
      <w:pPr>
        <w:pStyle w:val="ListBullet"/>
      </w:pPr>
      <w:r>
        <w:t>Maintained scheduling records and updated availability.</w:t>
      </w:r>
    </w:p>
    <w:p>
      <w:pPr>
        <w:pStyle w:val="ListBullet"/>
      </w:pPr>
      <w:r>
        <w:t>Communicated schedules clearly with staff and management.</w:t>
      </w:r>
    </w:p>
    <w:p>
      <w:r>
        <w:t>Personal Support Worker – Home Instead &amp; Canes Community Care (April 2025 – Present)</w:t>
      </w:r>
    </w:p>
    <w:p>
      <w:pPr>
        <w:pStyle w:val="ListBullet"/>
      </w:pPr>
      <w:r>
        <w:t>Provided personal care and daily living assistance to clients in home and community settings.</w:t>
      </w:r>
    </w:p>
    <w:p>
      <w:pPr>
        <w:pStyle w:val="ListBullet"/>
      </w:pPr>
      <w:r>
        <w:t>Supported mobility, hygiene, meal preparation, and companionship.</w:t>
      </w:r>
    </w:p>
    <w:p>
      <w:pPr>
        <w:pStyle w:val="ListBullet"/>
      </w:pPr>
      <w:r>
        <w:t>Maintained accurate care notes and followed individualized care plans.</w:t>
      </w:r>
    </w:p>
    <w:p>
      <w:pPr>
        <w:pStyle w:val="ListBullet"/>
      </w:pPr>
      <w:r>
        <w:t>Ensured client safety, comfort, and dignity at all times.</w:t>
      </w:r>
    </w:p>
    <w:p>
      <w:pPr>
        <w:pStyle w:val="ListBullet"/>
      </w:pPr>
      <w:r>
        <w:t>Communicated effectively with families and care coordinators.</w:t>
      </w:r>
    </w:p>
    <w:p>
      <w:r>
        <w:t>Dispatcher – Rai Dispatch (Jan 2025)</w:t>
      </w:r>
    </w:p>
    <w:p>
      <w:pPr>
        <w:pStyle w:val="ListBullet"/>
      </w:pPr>
      <w:r>
        <w:t>Assisted with dispatching trucks and coordinating driver schedules.</w:t>
      </w:r>
    </w:p>
    <w:p>
      <w:pPr>
        <w:pStyle w:val="ListBullet"/>
      </w:pPr>
      <w:r>
        <w:t>Communicated with drivers regarding routes, pickup, and delivery updates.</w:t>
      </w:r>
    </w:p>
    <w:p>
      <w:pPr>
        <w:pStyle w:val="ListBullet"/>
      </w:pPr>
      <w:r>
        <w:t>Maintained basic load and trip documentation.</w:t>
      </w:r>
    </w:p>
    <w:p>
      <w:pPr>
        <w:pStyle w:val="ListBullet"/>
      </w:pPr>
      <w:r>
        <w:t>Supported day-to-day logistics coordination under supervision.</w:t>
      </w:r>
    </w:p>
    <w:p>
      <w:r>
        <w:t>Security Site Supervisor – Paragon Security (2023 – April 2025)</w:t>
      </w:r>
    </w:p>
    <w:p>
      <w:pPr>
        <w:pStyle w:val="ListBullet"/>
      </w:pPr>
      <w:r>
        <w:t>Supervised security staff and coordinated daily site operations.</w:t>
      </w:r>
    </w:p>
    <w:p>
      <w:pPr>
        <w:pStyle w:val="ListBullet"/>
      </w:pPr>
      <w:r>
        <w:t>Prepared schedules, assigned duties, and ensured adequate coverage.</w:t>
      </w:r>
    </w:p>
    <w:p>
      <w:pPr>
        <w:pStyle w:val="ListBullet"/>
      </w:pPr>
      <w:r>
        <w:t>Trained new guards on site procedures, safety protocols, and reporting standards.</w:t>
      </w:r>
    </w:p>
    <w:p>
      <w:pPr>
        <w:pStyle w:val="ListBullet"/>
      </w:pPr>
      <w:r>
        <w:t>Handled incident investigations and prepared detailed reports for management.</w:t>
      </w:r>
    </w:p>
    <w:p>
      <w:pPr>
        <w:pStyle w:val="ListBullet"/>
      </w:pPr>
      <w:r>
        <w:t>Liaised with clients to address concerns and maintain service quality.</w:t>
      </w:r>
    </w:p>
    <w:p>
      <w:r>
        <w:t>Administrative Assistant – A2Z Travel Agency (2022 – 2024)</w:t>
      </w:r>
    </w:p>
    <w:p>
      <w:pPr>
        <w:pStyle w:val="ListBullet"/>
      </w:pPr>
      <w:r>
        <w:t>Handled administrative operations including filing, email correspondence, and data entry.</w:t>
      </w:r>
    </w:p>
    <w:p>
      <w:pPr>
        <w:pStyle w:val="ListBullet"/>
      </w:pPr>
      <w:r>
        <w:t>Assisted with HR documentation, onboarding paperwork, and employee records.</w:t>
      </w:r>
    </w:p>
    <w:p>
      <w:pPr>
        <w:pStyle w:val="ListBullet"/>
      </w:pPr>
      <w:r>
        <w:t>Scheduled appointments, interviews, and managed calendars.</w:t>
      </w:r>
    </w:p>
    <w:p>
      <w:pPr>
        <w:pStyle w:val="ListBullet"/>
      </w:pPr>
      <w:r>
        <w:t>Maintained accurate records and prepared reports using Excel and Word.</w:t>
      </w:r>
    </w:p>
    <w:p>
      <w:pPr>
        <w:pStyle w:val="ListBullet"/>
      </w:pPr>
      <w:r>
        <w:t>Provided front-desk support and client communication.</w:t>
      </w:r>
    </w:p>
    <w:p>
      <w:r>
        <w:t>Security Guard – Paragon Security (Sept 2022 – 2023)</w:t>
      </w:r>
    </w:p>
    <w:p>
      <w:pPr>
        <w:pStyle w:val="ListBullet"/>
      </w:pPr>
      <w:r>
        <w:t>Monitored premises to ensure safety, security, and compliance with site policies.</w:t>
      </w:r>
    </w:p>
    <w:p>
      <w:pPr>
        <w:pStyle w:val="ListBullet"/>
      </w:pPr>
      <w:r>
        <w:t>Controlled access points and verified identification of visitors and staff.</w:t>
      </w:r>
    </w:p>
    <w:p>
      <w:pPr>
        <w:pStyle w:val="ListBullet"/>
      </w:pPr>
      <w:r>
        <w:t>Completed incident reports and daily activity logs with accuracy.</w:t>
      </w:r>
    </w:p>
    <w:p>
      <w:pPr>
        <w:pStyle w:val="ListBullet"/>
      </w:pPr>
      <w:r>
        <w:t>Responded promptly to emergencies and escalated issues as required.</w:t>
      </w:r>
    </w:p>
    <w:p>
      <w:pPr>
        <w:pStyle w:val="ListBullet"/>
      </w:pPr>
      <w:r>
        <w:t>Provided professional customer service while maintaining a secure environment.</w:t>
      </w:r>
    </w:p>
    <w:p>
      <w:pPr>
        <w:pStyle w:val="Heading2"/>
      </w:pPr>
      <w:r>
        <w:t>Education &amp; Certifications</w:t>
      </w:r>
    </w:p>
    <w:p>
      <w:pPr>
        <w:pStyle w:val="ListBullet"/>
      </w:pPr>
      <w:r>
        <w:t>Diploma in Tourism &amp; Travel Service Management</w:t>
      </w:r>
    </w:p>
    <w:p>
      <w:pPr>
        <w:pStyle w:val="ListBullet"/>
      </w:pPr>
      <w:r>
        <w:t>Personal Support Worker (PSW) Certificate – Osilla Institute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