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Puneet Kaur</w:t>
      </w:r>
    </w:p>
    <w:p>
      <w:r>
        <w:t>■ Guelph, ON | ■ 289-241-4238 | ✉■ puneetcheema526@gmail.com</w:t>
      </w:r>
    </w:p>
    <w:p>
      <w:pPr>
        <w:pStyle w:val="Heading2"/>
      </w:pPr>
      <w:r>
        <w:t>Professional Profile</w:t>
      </w:r>
    </w:p>
    <w:p>
      <w:r>
        <w:t>Dedicated Registered Nurse (RN) with Canadian and international experience in hospital, long-term care, and community health. Skilled in medical-surgical nursing, oncology, palliative care, vascular therapy, and crisis intervention. Strong physical assessment skills and competence in managing complex symptoms, post-operative patients, and pain management. Proven ability to provide safe, compassionate, and resident/patient-focused care in fast-paced environments. Multilingual: English, Punjabi, Hindi.</w:t>
      </w:r>
    </w:p>
    <w:p>
      <w:pPr>
        <w:pStyle w:val="Heading2"/>
      </w:pPr>
      <w:r>
        <w:t>Nursing Experience</w:t>
      </w:r>
    </w:p>
    <w:p>
      <w:r>
        <w:t>Registered  Nurse (RN) – Riverside Glen, Guelph, ON | Mar 2025 – Present • Provide direct resident care including assessments, treatments, and medication administration.</w:t>
      </w:r>
    </w:p>
    <w:p>
      <w:r>
        <w:t>Accurately document and report resident progress using PCC and EMR systems.</w:t>
      </w:r>
    </w:p>
    <w:p>
      <w:r>
        <w:t>Promote resident safety, infection prevention, and quality of life in a long-term care environment.</w:t>
      </w:r>
    </w:p>
    <w:p>
      <w:r>
        <w:t>Registered Nurse (RN) – Mimak Care, ON | 2025 – Present • Deliver nursing care to diverse residents across multiple LTC facilities.</w:t>
      </w:r>
    </w:p>
    <w:p>
      <w:r>
        <w:t>Monitor and evaluate resident conditions, ensuring timely interventions.</w:t>
      </w:r>
    </w:p>
    <w:p>
      <w:r>
        <w:t>Collaborate with interdisciplinary teams to develop individualized care plans.</w:t>
      </w:r>
    </w:p>
    <w:p>
      <w:r>
        <w:t>R.N. SPEP Placement – Humber Heights, Etobicoke, ON | 2024 – 2025</w:t>
      </w:r>
    </w:p>
    <w:p>
      <w:r>
        <w:t>Administered medications and treatments safely, minimizing errors and adverse events.</w:t>
      </w:r>
    </w:p>
    <w:p>
      <w:r>
        <w:t>Enhanced resident satisfaction through empathy, communication, and cultural sensitivity.</w:t>
      </w:r>
    </w:p>
    <w:p>
      <w:r>
        <w:t>Worked with physicians, RPNs, and allied health staff to improve resident outcomes.</w:t>
      </w:r>
    </w:p>
    <w:p>
      <w:r>
        <w:t>Staff Nurse – DBU Hospital, Punjab, India | 2016 – 2019</w:t>
      </w:r>
    </w:p>
    <w:p>
      <w:r>
        <w:t>Conducted comprehensive patient assessments and supported physicians in care planning.</w:t>
      </w:r>
    </w:p>
    <w:p>
      <w:r>
        <w:t>Administered IV, oral, and intramuscular medications.</w:t>
      </w:r>
    </w:p>
    <w:p>
      <w:r>
        <w:t>Assisted with airway management, catheterizations, and emergency interventions.</w:t>
      </w:r>
    </w:p>
    <w:p>
      <w:r>
        <w:t>Community Health Nurse – Patiala, Punjab, India | 2013 – 2014 • Delivered home-based nursing care to vulnerable patients.</w:t>
      </w:r>
    </w:p>
    <w:p>
      <w:r>
        <w:t>Led health education and outreach programs for chronic disease management and prevention.</w:t>
      </w:r>
    </w:p>
    <w:p>
      <w:r>
        <w:t>Additional Healthcare Experience</w:t>
      </w:r>
    </w:p>
    <w:p>
      <w:pPr>
        <w:pStyle w:val="Heading2"/>
      </w:pPr>
      <w:r>
        <w:t>Additional Healthcare Experience</w:t>
      </w:r>
    </w:p>
    <w:p>
      <w:r>
        <w:t>Personal Support Worker (PSW) – Home Care Services, Guelph, ON | 2019 - 2023</w:t>
      </w:r>
    </w:p>
    <w:p>
      <w:r>
        <w:t>Assisted clients with ADLs (hygiene, mobility, nutrition) while promoting independence.</w:t>
      </w:r>
    </w:p>
    <w:p>
      <w:r>
        <w:t>Ensured a safe and dignified environment through infection control and compassionate support.</w:t>
      </w:r>
    </w:p>
    <w:p>
      <w:r>
        <w:t>Education &amp; Certifications</w:t>
      </w:r>
    </w:p>
    <w:p>
      <w:pPr>
        <w:pStyle w:val="Heading2"/>
      </w:pPr>
      <w:r>
        <w:t>Education &amp; Certifications</w:t>
      </w:r>
    </w:p>
    <w:p>
      <w:r>
        <w:t>Diploma or Baccalaureate degree in Nursing – Completed</w:t>
      </w:r>
    </w:p>
    <w:p>
      <w:r>
        <w:t>MSc in Nursing – Adarsh College of Nursing, Punjab, India (2016)</w:t>
      </w:r>
    </w:p>
    <w:p>
      <w:r>
        <w:t>Palliative Care &amp; Community Mental Health Diploma – Niagara College, Welland, ON (2019 – 2021)</w:t>
      </w:r>
    </w:p>
    <w:p>
      <w:r>
        <w:t>College of Nurses of Ontario (CNO) Registration – RN – Jan 2025</w:t>
      </w:r>
    </w:p>
    <w:p>
      <w:r>
        <w:t>RNAO Membership – Feb 2025</w:t>
      </w:r>
    </w:p>
    <w:p>
      <w:r>
        <w:t>Basic Life Support (BLS) Certification – Current</w:t>
      </w:r>
    </w:p>
    <w:p>
      <w:r>
        <w:t>Basic Cardiac Arrhythmia Interpretation Certificate – Current</w:t>
      </w:r>
    </w:p>
    <w:p>
      <w:r>
        <w:t>Crisis Intervention Training – Required/Obtained within 3 months of hire</w:t>
      </w:r>
    </w:p>
    <w:p>
      <w:pPr>
        <w:pStyle w:val="Heading2"/>
      </w:pPr>
      <w:r>
        <w:t>Clinical Skills &amp; Competencies</w:t>
      </w:r>
    </w:p>
    <w:p>
      <w:r>
        <w:t>• Medical-surgical nursing with over two years of hospital-based experience</w:t>
      </w:r>
    </w:p>
    <w:p>
      <w:r>
        <w:t>• Knowledge and competence in vascular therapy including peripheral and central vascular access devices</w:t>
      </w:r>
    </w:p>
    <w:p>
      <w:r>
        <w:t>• Oncology and palliative nursing with strong pain and symptom management expertise</w:t>
      </w:r>
    </w:p>
    <w:p>
      <w:r>
        <w:t>• Post-operative patient care including epidural monitoring</w:t>
      </w:r>
    </w:p>
    <w:p>
      <w:r>
        <w:t>• Strong physical assessment skills</w:t>
      </w:r>
    </w:p>
    <w:p>
      <w:r>
        <w:t>• Critical thinking and crisis intervention abilities</w:t>
      </w:r>
    </w:p>
    <w:p>
      <w:r>
        <w:t>• Reliability with consistent attendance and commitment to professional standards</w:t>
      </w:r>
    </w:p>
    <w:p>
      <w:r>
        <w:t>• Participation in annual professional education and mandatory organizational training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