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6D5E4" w14:textId="7AD93A0C" w:rsidR="006335D6" w:rsidRDefault="00000000">
      <w:r>
        <w:t>NOORJOT KAUR</w:t>
      </w:r>
      <w:r>
        <w:br/>
        <w:t>Sarnia, ON | 226-886-4286 | noorjot5530@gmail.com</w:t>
      </w:r>
      <w:r>
        <w:br/>
      </w:r>
      <w:r>
        <w:br/>
        <w:t>PERSONAL SUPPORT WORKER (PSW)</w:t>
      </w:r>
      <w:r>
        <w:br/>
      </w:r>
      <w:r>
        <w:br/>
        <w:t>PROFESSIONAL SUMMARY</w:t>
      </w:r>
      <w:r>
        <w:br/>
        <w:t>Compassionate and dependable Personal Support Worker candidate with strong healthcare experience and a Bachelor of Science in Nursing. Experienced in providing personal care, assistance with activities of daily living (ADLs), mobility support, feeding, infection control, and emotional support in hospital and long-term care environments. CPR/AED Level C certified. Committed to client-centered, safe, and dignified care.</w:t>
      </w:r>
      <w:r>
        <w:br/>
      </w:r>
      <w:r>
        <w:br/>
        <w:t>CORE PSW SKILLS</w:t>
      </w:r>
      <w:r>
        <w:br/>
        <w:t>Personal Care &amp; Hygiene | Activities of Daily Living (ADLs) | Mobility &amp; Transfers | Feeding Assistance</w:t>
      </w:r>
      <w:r>
        <w:br/>
        <w:t>Patient Safety | Infection Prevention &amp; Control | Vital Signs Monitoring | Documentation</w:t>
      </w:r>
      <w:r>
        <w:br/>
        <w:t>Emotional Support | Dementia Care Support | Team Collaboration | Time Management</w:t>
      </w:r>
      <w:r>
        <w:br/>
      </w:r>
      <w:r>
        <w:br/>
        <w:t>CERTIFICATIONS</w:t>
      </w:r>
      <w:r>
        <w:br/>
        <w:t>Standard First Aid &amp; CPR/AED Level C – Canadian Red Cross (Valid until Nov 2028)</w:t>
      </w:r>
      <w:r>
        <w:br/>
      </w:r>
      <w:r>
        <w:br/>
        <w:t>PROFESSIONAL EXPERIENCE</w:t>
      </w:r>
      <w:r>
        <w:br/>
        <w:t>Cardiac Nurse – Dayanand Medical College &amp; Hospital, India</w:t>
      </w:r>
      <w:r>
        <w:br/>
        <w:t>March 2022 – March 2024</w:t>
      </w:r>
      <w:r>
        <w:br/>
        <w:t>• Assisted patients with bathing, grooming, toileting, feeding, and repositioning</w:t>
      </w:r>
      <w:r>
        <w:br/>
        <w:t>• Supported safe mobility, transfers, and fall prevention</w:t>
      </w:r>
      <w:r>
        <w:br/>
        <w:t>• Monitored patient condition and reported changes to nursing staff</w:t>
      </w:r>
      <w:r>
        <w:br/>
        <w:t>• Maintained clean, safe, and organized patient environments</w:t>
      </w:r>
      <w:r>
        <w:br/>
        <w:t>• Followed infection control policies and proper PPE use</w:t>
      </w:r>
      <w:r>
        <w:br/>
        <w:t>• Provided emotional support to patients and families</w:t>
      </w:r>
      <w:r>
        <w:br/>
        <w:t>• Completed accurate documentation and care records</w:t>
      </w:r>
      <w:r>
        <w:br/>
      </w:r>
      <w:r>
        <w:br/>
        <w:t>EDUCATION</w:t>
      </w:r>
      <w:r>
        <w:br/>
        <w:t>Post-Graduate Diploma – Occupational Health &amp; Safety Management (In Progress)</w:t>
      </w:r>
      <w:r>
        <w:br/>
        <w:t>Lambton College, Ontario</w:t>
      </w:r>
      <w:r>
        <w:br/>
      </w:r>
      <w:r>
        <w:br/>
        <w:t>Bachelor of Science in Nursing</w:t>
      </w:r>
      <w:r>
        <w:br/>
        <w:t>Baba Farid University of Health Sciences</w:t>
      </w:r>
      <w:r w:rsidR="006335D6">
        <w:t>(India)</w:t>
      </w:r>
      <w:r>
        <w:br/>
      </w:r>
      <w:r>
        <w:br/>
        <w:t>LANGUAGES</w:t>
      </w:r>
      <w:r>
        <w:br/>
        <w:t>English | Punjabi | Hindi</w:t>
      </w:r>
      <w:r w:rsidR="0084760D">
        <w:t xml:space="preserve">                                                                                                                                                                             </w:t>
      </w:r>
      <w:r w:rsidR="006335D6">
        <w:t xml:space="preserve">   </w:t>
      </w:r>
    </w:p>
    <w:p w14:paraId="28F997FF" w14:textId="77777777" w:rsidR="006335D6" w:rsidRDefault="006335D6"/>
    <w:p w14:paraId="12D04483" w14:textId="6A49DF0B" w:rsidR="006335D6" w:rsidRDefault="00000000" w:rsidP="006335D6">
      <w:r>
        <w:lastRenderedPageBreak/>
        <w:t>REFERENCES</w:t>
      </w:r>
      <w:r w:rsidR="0084760D">
        <w:t xml:space="preserve">    Available upon reques</w:t>
      </w:r>
      <w:bookmarkStart w:id="0" w:name="_Hlk219249789"/>
      <w:r w:rsidR="006335D6">
        <w:t xml:space="preserve">t </w:t>
      </w:r>
    </w:p>
    <w:p w14:paraId="5B5CB852" w14:textId="77777777" w:rsidR="006335D6" w:rsidRDefault="006335D6"/>
    <w:p w14:paraId="53B4C5D8" w14:textId="2EFE8BE7" w:rsidR="0034304C" w:rsidRDefault="006335D6">
      <w:r>
        <w:t xml:space="preserve">AVAILABILITY   </w:t>
      </w:r>
      <w:proofErr w:type="gramStart"/>
      <w:r>
        <w:t>Weekends ,</w:t>
      </w:r>
      <w:proofErr w:type="gramEnd"/>
      <w:r>
        <w:t xml:space="preserve"> </w:t>
      </w:r>
      <w:proofErr w:type="gramStart"/>
      <w:r>
        <w:t>Nights ,</w:t>
      </w:r>
      <w:proofErr w:type="gramEnd"/>
      <w:r>
        <w:t xml:space="preserve"> Monday before 4</w:t>
      </w:r>
      <w:proofErr w:type="gramStart"/>
      <w:r>
        <w:t>pm ,</w:t>
      </w:r>
      <w:proofErr w:type="gramEnd"/>
      <w:r>
        <w:t xml:space="preserve"> Tuesday before 2</w:t>
      </w:r>
      <w:proofErr w:type="gramStart"/>
      <w:r>
        <w:t>pm .</w:t>
      </w:r>
      <w:proofErr w:type="gramEnd"/>
      <w:r w:rsidR="00000000">
        <w:br/>
      </w:r>
      <w:bookmarkEnd w:id="0"/>
    </w:p>
    <w:sectPr w:rsidR="0034304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60010294">
    <w:abstractNumId w:val="8"/>
  </w:num>
  <w:num w:numId="2" w16cid:durableId="695884663">
    <w:abstractNumId w:val="6"/>
  </w:num>
  <w:num w:numId="3" w16cid:durableId="1316834227">
    <w:abstractNumId w:val="5"/>
  </w:num>
  <w:num w:numId="4" w16cid:durableId="1267620207">
    <w:abstractNumId w:val="4"/>
  </w:num>
  <w:num w:numId="5" w16cid:durableId="2104106868">
    <w:abstractNumId w:val="7"/>
  </w:num>
  <w:num w:numId="6" w16cid:durableId="1036807310">
    <w:abstractNumId w:val="3"/>
  </w:num>
  <w:num w:numId="7" w16cid:durableId="771360673">
    <w:abstractNumId w:val="2"/>
  </w:num>
  <w:num w:numId="8" w16cid:durableId="1644046342">
    <w:abstractNumId w:val="1"/>
  </w:num>
  <w:num w:numId="9" w16cid:durableId="436099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4304C"/>
    <w:rsid w:val="004B3CE1"/>
    <w:rsid w:val="006335D6"/>
    <w:rsid w:val="0084760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06C01D"/>
  <w14:defaultImageDpi w14:val="300"/>
  <w15:docId w15:val="{3D86760B-3666-4C95-B399-C0DDCC72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 OFFICE</cp:lastModifiedBy>
  <cp:revision>2</cp:revision>
  <dcterms:created xsi:type="dcterms:W3CDTF">2026-01-13T21:07:00Z</dcterms:created>
  <dcterms:modified xsi:type="dcterms:W3CDTF">2026-01-13T21:07:00Z</dcterms:modified>
  <cp:category/>
</cp:coreProperties>
</file>